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C68B" w14:textId="6B0BFAAB" w:rsidR="00B269CF" w:rsidRDefault="00AB39D9" w:rsidP="00B23EC4">
      <w:pPr>
        <w:spacing w:after="0" w:line="240" w:lineRule="auto"/>
        <w:rPr>
          <w:lang w:eastAsia="ja-JP"/>
        </w:rPr>
      </w:pPr>
      <w:r>
        <w:t>様式３</w:t>
      </w:r>
    </w:p>
    <w:p w14:paraId="3B89720C" w14:textId="019190B6" w:rsidR="00056311" w:rsidRDefault="00AB39D9" w:rsidP="00B23EC4">
      <w:pPr>
        <w:snapToGrid w:val="0"/>
        <w:spacing w:after="0" w:line="240" w:lineRule="auto"/>
        <w:jc w:val="center"/>
        <w:rPr>
          <w:rFonts w:ascii="ＭＳ ゴシック" w:eastAsia="ＭＳ ゴシック" w:hAnsi="ＭＳ ゴシック"/>
          <w:sz w:val="36"/>
          <w:szCs w:val="28"/>
          <w:lang w:eastAsia="ja-JP"/>
        </w:rPr>
      </w:pPr>
      <w:r w:rsidRPr="00983076">
        <w:rPr>
          <w:rFonts w:ascii="ＭＳ ゴシック" w:eastAsia="ＭＳ ゴシック" w:hAnsi="ＭＳ ゴシック"/>
          <w:spacing w:val="360"/>
          <w:sz w:val="36"/>
          <w:szCs w:val="28"/>
          <w:fitText w:val="2520" w:id="-391942912"/>
        </w:rPr>
        <w:t>会社概</w:t>
      </w:r>
      <w:r w:rsidRPr="00983076">
        <w:rPr>
          <w:rFonts w:ascii="ＭＳ ゴシック" w:eastAsia="ＭＳ ゴシック" w:hAnsi="ＭＳ ゴシック"/>
          <w:sz w:val="36"/>
          <w:szCs w:val="28"/>
          <w:fitText w:val="2520" w:id="-391942912"/>
        </w:rPr>
        <w:t>要</w:t>
      </w:r>
    </w:p>
    <w:p w14:paraId="30047325" w14:textId="77777777" w:rsidR="00393966" w:rsidRPr="00393966" w:rsidRDefault="00393966" w:rsidP="00393966">
      <w:pPr>
        <w:snapToGrid w:val="0"/>
        <w:spacing w:after="0" w:line="240" w:lineRule="auto"/>
        <w:rPr>
          <w:rFonts w:ascii="ＭＳ ゴシック" w:eastAsia="ＭＳ ゴシック" w:hAnsi="ＭＳ ゴシック"/>
          <w:sz w:val="22"/>
          <w:szCs w:val="20"/>
          <w:lang w:eastAsia="ja-JP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7"/>
        <w:gridCol w:w="6983"/>
      </w:tblGrid>
      <w:tr w:rsidR="00056311" w14:paraId="592D5952" w14:textId="77777777" w:rsidTr="00906031">
        <w:trPr>
          <w:trHeight w:val="454"/>
          <w:jc w:val="center"/>
        </w:trPr>
        <w:tc>
          <w:tcPr>
            <w:tcW w:w="2707" w:type="dxa"/>
            <w:shd w:val="clear" w:color="auto" w:fill="D9D9D9" w:themeFill="background1" w:themeFillShade="D9"/>
            <w:vAlign w:val="center"/>
          </w:tcPr>
          <w:p w14:paraId="22E909C2" w14:textId="5E114F0E" w:rsidR="00056311" w:rsidRDefault="00AB39D9" w:rsidP="00906031">
            <w:pPr>
              <w:spacing w:after="0" w:line="240" w:lineRule="auto"/>
              <w:jc w:val="center"/>
            </w:pPr>
            <w:r>
              <w:t>項</w:t>
            </w:r>
            <w:r w:rsidR="00D77EDC">
              <w:rPr>
                <w:rFonts w:hint="eastAsia"/>
                <w:lang w:eastAsia="ja-JP"/>
              </w:rPr>
              <w:t xml:space="preserve">　</w:t>
            </w:r>
            <w:r>
              <w:t>目</w:t>
            </w:r>
          </w:p>
        </w:tc>
        <w:tc>
          <w:tcPr>
            <w:tcW w:w="6983" w:type="dxa"/>
            <w:shd w:val="clear" w:color="auto" w:fill="D9D9D9" w:themeFill="background1" w:themeFillShade="D9"/>
            <w:vAlign w:val="center"/>
          </w:tcPr>
          <w:p w14:paraId="61281152" w14:textId="3E2EC758" w:rsidR="00056311" w:rsidRDefault="00AB39D9" w:rsidP="00906031">
            <w:pPr>
              <w:spacing w:after="0" w:line="240" w:lineRule="auto"/>
              <w:jc w:val="center"/>
            </w:pPr>
            <w:r>
              <w:t>記</w:t>
            </w:r>
            <w:r w:rsidR="00D77EDC">
              <w:rPr>
                <w:rFonts w:hint="eastAsia"/>
                <w:lang w:eastAsia="ja-JP"/>
              </w:rPr>
              <w:t xml:space="preserve">　</w:t>
            </w:r>
            <w:r>
              <w:t>入</w:t>
            </w:r>
            <w:r w:rsidR="00D77EDC">
              <w:rPr>
                <w:rFonts w:hint="eastAsia"/>
                <w:lang w:eastAsia="ja-JP"/>
              </w:rPr>
              <w:t xml:space="preserve">　</w:t>
            </w:r>
            <w:r>
              <w:t>欄</w:t>
            </w:r>
          </w:p>
        </w:tc>
      </w:tr>
      <w:tr w:rsidR="00056311" w14:paraId="7A54EE43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3BC87329" w14:textId="77777777" w:rsidR="00056311" w:rsidRDefault="00AB39D9" w:rsidP="00983076">
            <w:pPr>
              <w:spacing w:after="0" w:line="240" w:lineRule="auto"/>
              <w:jc w:val="center"/>
            </w:pPr>
            <w:r>
              <w:t>商号又は名称</w:t>
            </w:r>
          </w:p>
        </w:tc>
        <w:tc>
          <w:tcPr>
            <w:tcW w:w="6983" w:type="dxa"/>
            <w:vAlign w:val="center"/>
          </w:tcPr>
          <w:p w14:paraId="13F6B39B" w14:textId="77777777" w:rsidR="00056311" w:rsidRDefault="00056311" w:rsidP="00983076">
            <w:pPr>
              <w:spacing w:after="0" w:line="240" w:lineRule="auto"/>
              <w:jc w:val="both"/>
            </w:pPr>
          </w:p>
        </w:tc>
      </w:tr>
      <w:tr w:rsidR="00056311" w14:paraId="27D1A9C2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27457FF2" w14:textId="77777777" w:rsidR="00056311" w:rsidRDefault="00AB39D9" w:rsidP="00983076">
            <w:pPr>
              <w:spacing w:after="0" w:line="240" w:lineRule="auto"/>
              <w:jc w:val="center"/>
            </w:pPr>
            <w:r>
              <w:t>所在地</w:t>
            </w:r>
          </w:p>
        </w:tc>
        <w:tc>
          <w:tcPr>
            <w:tcW w:w="6983" w:type="dxa"/>
            <w:vAlign w:val="center"/>
          </w:tcPr>
          <w:p w14:paraId="304A2747" w14:textId="77777777" w:rsidR="00056311" w:rsidRDefault="00AB39D9" w:rsidP="00983076">
            <w:pPr>
              <w:spacing w:after="0" w:line="240" w:lineRule="auto"/>
              <w:jc w:val="both"/>
            </w:pPr>
            <w:r>
              <w:t>〒</w:t>
            </w:r>
          </w:p>
        </w:tc>
      </w:tr>
      <w:tr w:rsidR="00056311" w14:paraId="3002C9CF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316A3E96" w14:textId="77777777" w:rsidR="00056311" w:rsidRDefault="00AB39D9" w:rsidP="00983076">
            <w:pPr>
              <w:spacing w:after="0" w:line="240" w:lineRule="auto"/>
              <w:jc w:val="center"/>
            </w:pPr>
            <w:r>
              <w:t>代表者名</w:t>
            </w:r>
          </w:p>
        </w:tc>
        <w:tc>
          <w:tcPr>
            <w:tcW w:w="6983" w:type="dxa"/>
            <w:vAlign w:val="center"/>
          </w:tcPr>
          <w:p w14:paraId="53EFC26E" w14:textId="77777777" w:rsidR="00056311" w:rsidRDefault="00056311" w:rsidP="00983076">
            <w:pPr>
              <w:spacing w:after="0" w:line="240" w:lineRule="auto"/>
              <w:jc w:val="both"/>
            </w:pPr>
          </w:p>
        </w:tc>
      </w:tr>
      <w:tr w:rsidR="00056311" w14:paraId="52B16275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7604C77D" w14:textId="77777777" w:rsidR="00056311" w:rsidRDefault="00AB39D9" w:rsidP="00983076">
            <w:pPr>
              <w:spacing w:after="0" w:line="240" w:lineRule="auto"/>
              <w:jc w:val="center"/>
            </w:pPr>
            <w:r>
              <w:t>設立年月日</w:t>
            </w:r>
          </w:p>
        </w:tc>
        <w:tc>
          <w:tcPr>
            <w:tcW w:w="6983" w:type="dxa"/>
            <w:vAlign w:val="center"/>
          </w:tcPr>
          <w:p w14:paraId="3065F694" w14:textId="28404D98" w:rsidR="00056311" w:rsidRDefault="00AB39D9" w:rsidP="00983076">
            <w:pPr>
              <w:spacing w:after="0" w:line="240" w:lineRule="auto"/>
              <w:jc w:val="both"/>
            </w:pPr>
            <w:r>
              <w:t>年　　月　　日</w:t>
            </w:r>
          </w:p>
        </w:tc>
      </w:tr>
      <w:tr w:rsidR="00056311" w14:paraId="03412731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7A1B0269" w14:textId="77777777" w:rsidR="00056311" w:rsidRDefault="00AB39D9" w:rsidP="00983076">
            <w:pPr>
              <w:spacing w:after="0" w:line="240" w:lineRule="auto"/>
              <w:jc w:val="center"/>
            </w:pPr>
            <w:r>
              <w:t>資本金</w:t>
            </w:r>
          </w:p>
        </w:tc>
        <w:tc>
          <w:tcPr>
            <w:tcW w:w="6983" w:type="dxa"/>
            <w:vAlign w:val="center"/>
          </w:tcPr>
          <w:p w14:paraId="79386329" w14:textId="77777777" w:rsidR="00056311" w:rsidRDefault="00056311" w:rsidP="00983076">
            <w:pPr>
              <w:spacing w:after="0" w:line="240" w:lineRule="auto"/>
              <w:jc w:val="both"/>
            </w:pPr>
          </w:p>
        </w:tc>
      </w:tr>
      <w:tr w:rsidR="00056311" w14:paraId="6F662F10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758929B0" w14:textId="77777777" w:rsidR="00056311" w:rsidRDefault="00AB39D9" w:rsidP="00983076">
            <w:pPr>
              <w:spacing w:after="0" w:line="240" w:lineRule="auto"/>
              <w:jc w:val="center"/>
            </w:pPr>
            <w:r>
              <w:t>従業員数</w:t>
            </w:r>
          </w:p>
        </w:tc>
        <w:tc>
          <w:tcPr>
            <w:tcW w:w="6983" w:type="dxa"/>
            <w:vAlign w:val="center"/>
          </w:tcPr>
          <w:p w14:paraId="2A112932" w14:textId="77777777" w:rsidR="00056311" w:rsidRDefault="00AB39D9" w:rsidP="00983076">
            <w:pPr>
              <w:spacing w:after="0" w:line="240" w:lineRule="auto"/>
              <w:jc w:val="both"/>
            </w:pPr>
            <w:r>
              <w:t>常勤　　　名　非常勤　　　名</w:t>
            </w:r>
          </w:p>
        </w:tc>
      </w:tr>
      <w:tr w:rsidR="00056311" w14:paraId="5135EEE8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3E287917" w14:textId="77777777" w:rsidR="00056311" w:rsidRDefault="00AB39D9" w:rsidP="00983076">
            <w:pPr>
              <w:spacing w:after="0" w:line="240" w:lineRule="auto"/>
              <w:jc w:val="center"/>
            </w:pPr>
            <w:r>
              <w:t>主要業務</w:t>
            </w:r>
          </w:p>
        </w:tc>
        <w:tc>
          <w:tcPr>
            <w:tcW w:w="6983" w:type="dxa"/>
            <w:vAlign w:val="center"/>
          </w:tcPr>
          <w:p w14:paraId="31BA3FFF" w14:textId="77777777" w:rsidR="00056311" w:rsidRDefault="00056311" w:rsidP="00983076">
            <w:pPr>
              <w:spacing w:after="0" w:line="240" w:lineRule="auto"/>
              <w:jc w:val="both"/>
            </w:pPr>
          </w:p>
        </w:tc>
      </w:tr>
      <w:tr w:rsidR="00056311" w14:paraId="2ED1309E" w14:textId="77777777" w:rsidTr="00983076">
        <w:trPr>
          <w:trHeight w:val="510"/>
          <w:jc w:val="center"/>
        </w:trPr>
        <w:tc>
          <w:tcPr>
            <w:tcW w:w="2707" w:type="dxa"/>
            <w:vAlign w:val="center"/>
          </w:tcPr>
          <w:p w14:paraId="1D1B08E2" w14:textId="77777777" w:rsidR="00056311" w:rsidRDefault="00AB39D9" w:rsidP="00983076">
            <w:pPr>
              <w:spacing w:after="0" w:line="240" w:lineRule="auto"/>
              <w:jc w:val="center"/>
            </w:pPr>
            <w:r>
              <w:t>目黒区競争入札参加資格</w:t>
            </w:r>
          </w:p>
        </w:tc>
        <w:tc>
          <w:tcPr>
            <w:tcW w:w="6983" w:type="dxa"/>
            <w:vAlign w:val="center"/>
          </w:tcPr>
          <w:p w14:paraId="31308E55" w14:textId="77777777" w:rsidR="00056311" w:rsidRDefault="00AB39D9" w:rsidP="00983076">
            <w:pPr>
              <w:spacing w:after="0" w:line="240" w:lineRule="auto"/>
              <w:jc w:val="both"/>
            </w:pPr>
            <w:r>
              <w:t>受付番号等：</w:t>
            </w:r>
          </w:p>
        </w:tc>
      </w:tr>
      <w:tr w:rsidR="00056311" w14:paraId="525B25BD" w14:textId="77777777" w:rsidTr="00C02C53">
        <w:trPr>
          <w:trHeight w:val="907"/>
          <w:jc w:val="center"/>
        </w:trPr>
        <w:tc>
          <w:tcPr>
            <w:tcW w:w="2707" w:type="dxa"/>
            <w:vAlign w:val="center"/>
          </w:tcPr>
          <w:p w14:paraId="2A42D9CB" w14:textId="77777777" w:rsidR="00056311" w:rsidRDefault="00AB39D9" w:rsidP="00C02C53">
            <w:pPr>
              <w:spacing w:after="0" w:line="240" w:lineRule="auto"/>
              <w:jc w:val="center"/>
            </w:pPr>
            <w:r>
              <w:t>認証取得状況</w:t>
            </w:r>
          </w:p>
        </w:tc>
        <w:tc>
          <w:tcPr>
            <w:tcW w:w="6983" w:type="dxa"/>
            <w:vAlign w:val="center"/>
          </w:tcPr>
          <w:p w14:paraId="33E8CE75" w14:textId="77777777" w:rsidR="00C13B60" w:rsidRDefault="00C13B60" w:rsidP="00C13B60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□</w:t>
            </w:r>
            <w:r>
              <w:rPr>
                <w:lang w:eastAsia="ja-JP"/>
              </w:rPr>
              <w:t xml:space="preserve"> プライバシーマーク　登録番号：　　　　　　有効期限：</w:t>
            </w:r>
          </w:p>
          <w:p w14:paraId="61AA03A8" w14:textId="05452E75" w:rsidR="00056311" w:rsidRDefault="00C13B60" w:rsidP="00C13B60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□</w:t>
            </w:r>
            <w:r>
              <w:rPr>
                <w:lang w:eastAsia="ja-JP"/>
              </w:rPr>
              <w:t xml:space="preserve"> ＩＳＭＳ　　　　　　登録番号：　　　　　　有効期限：</w:t>
            </w:r>
          </w:p>
        </w:tc>
      </w:tr>
      <w:tr w:rsidR="00056311" w14:paraId="735BF33D" w14:textId="77777777" w:rsidTr="00983076">
        <w:trPr>
          <w:trHeight w:val="1361"/>
          <w:jc w:val="center"/>
        </w:trPr>
        <w:tc>
          <w:tcPr>
            <w:tcW w:w="2707" w:type="dxa"/>
            <w:vAlign w:val="center"/>
          </w:tcPr>
          <w:p w14:paraId="5114C080" w14:textId="77777777" w:rsidR="00056311" w:rsidRDefault="00AB39D9" w:rsidP="00C02C53">
            <w:pPr>
              <w:spacing w:after="0" w:line="240" w:lineRule="auto"/>
              <w:jc w:val="center"/>
            </w:pPr>
            <w:r>
              <w:t>連絡担当者</w:t>
            </w:r>
          </w:p>
        </w:tc>
        <w:tc>
          <w:tcPr>
            <w:tcW w:w="6983" w:type="dxa"/>
            <w:vAlign w:val="center"/>
          </w:tcPr>
          <w:p w14:paraId="2429D1A2" w14:textId="4DB96449" w:rsidR="00056311" w:rsidRDefault="005F52B3" w:rsidP="00B23EC4">
            <w:pPr>
              <w:spacing w:after="0" w:line="240" w:lineRule="auto"/>
              <w:rPr>
                <w:lang w:eastAsia="ja-JP"/>
              </w:rPr>
            </w:pPr>
            <w:r w:rsidRPr="00553092">
              <w:rPr>
                <w:rFonts w:hint="eastAsia"/>
                <w:spacing w:val="630"/>
                <w:fitText w:val="1050" w:id="-377754624"/>
                <w:lang w:eastAsia="ja-JP"/>
              </w:rPr>
              <w:t>所</w:t>
            </w:r>
            <w:r w:rsidRPr="00553092">
              <w:rPr>
                <w:rFonts w:hint="eastAsia"/>
                <w:fitText w:val="1050" w:id="-377754624"/>
                <w:lang w:eastAsia="ja-JP"/>
              </w:rPr>
              <w:t>属</w:t>
            </w:r>
            <w:r w:rsidR="00AB39D9">
              <w:rPr>
                <w:lang w:eastAsia="ja-JP"/>
              </w:rPr>
              <w:t>：</w:t>
            </w:r>
            <w:r w:rsidR="00AB39D9">
              <w:rPr>
                <w:lang w:eastAsia="ja-JP"/>
              </w:rPr>
              <w:br/>
            </w:r>
            <w:r w:rsidR="00AB39D9" w:rsidRPr="005015DC">
              <w:rPr>
                <w:spacing w:val="630"/>
                <w:fitText w:val="1050" w:id="-400327928"/>
                <w:lang w:eastAsia="ja-JP"/>
              </w:rPr>
              <w:t>氏</w:t>
            </w:r>
            <w:r w:rsidR="00AB39D9" w:rsidRPr="005015DC">
              <w:rPr>
                <w:fitText w:val="1050" w:id="-400327928"/>
                <w:lang w:eastAsia="ja-JP"/>
              </w:rPr>
              <w:t>名</w:t>
            </w:r>
            <w:r w:rsidR="00AB39D9">
              <w:rPr>
                <w:lang w:eastAsia="ja-JP"/>
              </w:rPr>
              <w:t>：</w:t>
            </w:r>
            <w:r w:rsidR="00AB39D9">
              <w:rPr>
                <w:lang w:eastAsia="ja-JP"/>
              </w:rPr>
              <w:br/>
            </w:r>
            <w:r w:rsidR="00AB39D9" w:rsidRPr="005F52B3">
              <w:rPr>
                <w:spacing w:val="70"/>
                <w:fitText w:val="1050" w:id="-400327929"/>
                <w:lang w:eastAsia="ja-JP"/>
              </w:rPr>
              <w:t>電話番</w:t>
            </w:r>
            <w:r w:rsidR="00AB39D9" w:rsidRPr="005F52B3">
              <w:rPr>
                <w:fitText w:val="1050" w:id="-400327929"/>
                <w:lang w:eastAsia="ja-JP"/>
              </w:rPr>
              <w:t>号</w:t>
            </w:r>
            <w:r w:rsidR="00AB39D9">
              <w:rPr>
                <w:lang w:eastAsia="ja-JP"/>
              </w:rPr>
              <w:t>：</w:t>
            </w:r>
            <w:r w:rsidR="00AB39D9">
              <w:rPr>
                <w:lang w:eastAsia="ja-JP"/>
              </w:rPr>
              <w:br/>
            </w:r>
            <w:r w:rsidR="00AB39D9" w:rsidRPr="008D363B">
              <w:rPr>
                <w:w w:val="71"/>
                <w:fitText w:val="1050" w:id="-400327930"/>
                <w:lang w:eastAsia="ja-JP"/>
              </w:rPr>
              <w:t>メールアドレ</w:t>
            </w:r>
            <w:r w:rsidR="00AB39D9" w:rsidRPr="008D363B">
              <w:rPr>
                <w:spacing w:val="16"/>
                <w:w w:val="71"/>
                <w:fitText w:val="1050" w:id="-400327930"/>
                <w:lang w:eastAsia="ja-JP"/>
              </w:rPr>
              <w:t>ス</w:t>
            </w:r>
            <w:r w:rsidR="00AB39D9">
              <w:rPr>
                <w:lang w:eastAsia="ja-JP"/>
              </w:rPr>
              <w:t>：</w:t>
            </w:r>
          </w:p>
        </w:tc>
      </w:tr>
    </w:tbl>
    <w:p w14:paraId="2E74237D" w14:textId="77777777" w:rsidR="003F237C" w:rsidRDefault="003F237C" w:rsidP="00B23EC4">
      <w:pPr>
        <w:spacing w:after="0" w:line="240" w:lineRule="auto"/>
        <w:rPr>
          <w:lang w:eastAsia="ja-JP"/>
        </w:rPr>
      </w:pPr>
    </w:p>
    <w:p w14:paraId="0577903D" w14:textId="4DF85953" w:rsidR="005960F4" w:rsidRDefault="005960F4" w:rsidP="005960F4">
      <w:pPr>
        <w:spacing w:after="0" w:line="240" w:lineRule="auto"/>
        <w:jc w:val="center"/>
        <w:rPr>
          <w:lang w:eastAsia="ja-JP"/>
        </w:rPr>
      </w:pPr>
      <w:r>
        <w:rPr>
          <w:rFonts w:hint="eastAsia"/>
          <w:lang w:eastAsia="ja-JP"/>
        </w:rPr>
        <w:t>以　　　上</w:t>
      </w:r>
    </w:p>
    <w:sectPr w:rsidR="005960F4" w:rsidSect="00B269CF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60D8" w14:textId="77777777" w:rsidR="00E6479B" w:rsidRDefault="00E6479B">
      <w:pPr>
        <w:spacing w:after="0" w:line="240" w:lineRule="auto"/>
      </w:pPr>
      <w:r>
        <w:separator/>
      </w:r>
    </w:p>
  </w:endnote>
  <w:endnote w:type="continuationSeparator" w:id="0">
    <w:p w14:paraId="42AB072B" w14:textId="77777777" w:rsidR="00E6479B" w:rsidRDefault="00E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EFEC" w14:textId="77777777" w:rsidR="00E6479B" w:rsidRDefault="00E6479B">
      <w:pPr>
        <w:spacing w:after="0" w:line="240" w:lineRule="auto"/>
      </w:pPr>
      <w:r>
        <w:separator/>
      </w:r>
    </w:p>
  </w:footnote>
  <w:footnote w:type="continuationSeparator" w:id="0">
    <w:p w14:paraId="00919720" w14:textId="77777777" w:rsidR="00E6479B" w:rsidRDefault="00E64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1147530">
    <w:abstractNumId w:val="6"/>
  </w:num>
  <w:num w:numId="2" w16cid:durableId="131598459">
    <w:abstractNumId w:val="3"/>
  </w:num>
  <w:num w:numId="3" w16cid:durableId="1364087045">
    <w:abstractNumId w:val="4"/>
  </w:num>
  <w:num w:numId="4" w16cid:durableId="1497645929">
    <w:abstractNumId w:val="0"/>
  </w:num>
  <w:num w:numId="5" w16cid:durableId="1826430280">
    <w:abstractNumId w:val="1"/>
  </w:num>
  <w:num w:numId="6" w16cid:durableId="2068530711">
    <w:abstractNumId w:val="7"/>
  </w:num>
  <w:num w:numId="7" w16cid:durableId="279918071">
    <w:abstractNumId w:val="8"/>
  </w:num>
  <w:num w:numId="8" w16cid:durableId="311063013">
    <w:abstractNumId w:val="5"/>
  </w:num>
  <w:num w:numId="9" w16cid:durableId="477108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311"/>
    <w:rsid w:val="0006063C"/>
    <w:rsid w:val="0015074B"/>
    <w:rsid w:val="001F4463"/>
    <w:rsid w:val="00281326"/>
    <w:rsid w:val="0029639D"/>
    <w:rsid w:val="002A6ED1"/>
    <w:rsid w:val="002B5940"/>
    <w:rsid w:val="002E7579"/>
    <w:rsid w:val="002F151E"/>
    <w:rsid w:val="00326F90"/>
    <w:rsid w:val="0034046F"/>
    <w:rsid w:val="003513AC"/>
    <w:rsid w:val="00360A35"/>
    <w:rsid w:val="00393966"/>
    <w:rsid w:val="003D760A"/>
    <w:rsid w:val="003F237C"/>
    <w:rsid w:val="00407FBD"/>
    <w:rsid w:val="004751C1"/>
    <w:rsid w:val="004C3C9A"/>
    <w:rsid w:val="005015DC"/>
    <w:rsid w:val="00502830"/>
    <w:rsid w:val="00544003"/>
    <w:rsid w:val="005459FC"/>
    <w:rsid w:val="00553092"/>
    <w:rsid w:val="005960F4"/>
    <w:rsid w:val="005F52B3"/>
    <w:rsid w:val="006529F9"/>
    <w:rsid w:val="0069058A"/>
    <w:rsid w:val="006A36A8"/>
    <w:rsid w:val="006B07B9"/>
    <w:rsid w:val="006E19A7"/>
    <w:rsid w:val="00810CF6"/>
    <w:rsid w:val="008230C5"/>
    <w:rsid w:val="00845688"/>
    <w:rsid w:val="008D363B"/>
    <w:rsid w:val="00906031"/>
    <w:rsid w:val="00913467"/>
    <w:rsid w:val="00983076"/>
    <w:rsid w:val="0099230F"/>
    <w:rsid w:val="00995A81"/>
    <w:rsid w:val="009C70F4"/>
    <w:rsid w:val="009D5937"/>
    <w:rsid w:val="009F33E2"/>
    <w:rsid w:val="00A403AA"/>
    <w:rsid w:val="00AA1D8D"/>
    <w:rsid w:val="00AB39D9"/>
    <w:rsid w:val="00B10CC3"/>
    <w:rsid w:val="00B23EC4"/>
    <w:rsid w:val="00B269CF"/>
    <w:rsid w:val="00B47730"/>
    <w:rsid w:val="00BE14E9"/>
    <w:rsid w:val="00BE62B3"/>
    <w:rsid w:val="00BF2ED4"/>
    <w:rsid w:val="00C02C53"/>
    <w:rsid w:val="00C13B60"/>
    <w:rsid w:val="00C163FE"/>
    <w:rsid w:val="00CB0664"/>
    <w:rsid w:val="00D77EDC"/>
    <w:rsid w:val="00E6479B"/>
    <w:rsid w:val="00EB4E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30"/>
  <w15:docId w15:val="{9540533F-52DB-4C39-944E-8A7272C5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2" w:lineRule="auto"/>
    </w:pPr>
    <w:rPr>
      <w:rFonts w:ascii="ＭＳ 明朝" w:eastAsia="ＭＳ 明朝" w:hAnsi="ＭＳ 明朝" w:cs="ＭＳ 明朝"/>
      <w:sz w:val="21"/>
    </w:rPr>
  </w:style>
  <w:style w:type="paragraph" w:styleId="1">
    <w:name w:val="heading 1"/>
    <w:basedOn w:val="a1"/>
    <w:next w:val="a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31">
    <w:name w:val="heading 3"/>
    <w:basedOn w:val="a1"/>
    <w:next w:val="a1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C693F"/>
    <w:pPr>
      <w:spacing w:after="0" w:line="240" w:lineRule="auto"/>
    </w:pPr>
    <w:rPr>
      <w:rFonts w:ascii="ＭＳ 明朝" w:eastAsia="ＭＳ 明朝" w:hAnsi="ＭＳ 明朝" w:cs="ＭＳ 明朝"/>
    </w:rPr>
  </w:style>
  <w:style w:type="paragraph" w:styleId="a6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7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2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2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7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8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2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9"/>
      </w:numPr>
      <w:contextualSpacing/>
    </w:pPr>
  </w:style>
  <w:style w:type="paragraph" w:styleId="a8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3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3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9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color w:val="4F81BD" w:themeColor="accent1"/>
      <w:sz w:val="18"/>
      <w:szCs w:val="18"/>
    </w:rPr>
  </w:style>
  <w:style w:type="character" w:styleId="aa">
    <w:name w:val="Strong"/>
    <w:basedOn w:val="a2"/>
    <w:uiPriority w:val="22"/>
    <w:qFormat/>
    <w:rsid w:val="00FC693F"/>
    <w:rPr>
      <w:rFonts w:ascii="ＭＳ 明朝" w:eastAsia="ＭＳ 明朝" w:hAnsi="ＭＳ 明朝" w:cs="ＭＳ 明朝"/>
    </w:rPr>
  </w:style>
  <w:style w:type="character" w:styleId="ab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character" w:styleId="ac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4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i/>
      <w:iCs/>
      <w:color w:val="4F81BD" w:themeColor="accent1"/>
    </w:rPr>
  </w:style>
  <w:style w:type="character" w:styleId="ad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5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smallCaps/>
      <w:color w:val="C0504D" w:themeColor="accent2"/>
      <w:spacing w:val="5"/>
      <w:u w:val="single"/>
    </w:rPr>
  </w:style>
  <w:style w:type="character" w:styleId="ae">
    <w:name w:val="Book Title"/>
    <w:basedOn w:val="a2"/>
    <w:uiPriority w:val="33"/>
    <w:qFormat/>
    <w:rsid w:val="00FC693F"/>
    <w:rPr>
      <w:rFonts w:ascii="ＭＳ 明朝" w:eastAsia="ＭＳ 明朝" w:hAnsi="ＭＳ 明朝" w:cs="ＭＳ 明朝"/>
      <w:smallCaps/>
      <w:spacing w:val="5"/>
    </w:rPr>
  </w:style>
  <w:style w:type="paragraph" w:styleId="a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ＭＳ 明朝" w:eastAsia="ＭＳ 明朝" w:hAnsi="ＭＳ 明朝" w:cs="ＭＳ 明朝"/>
    </w:rPr>
  </w:style>
  <w:style w:type="table" w:styleId="af0">
    <w:name w:val="Table Grid"/>
    <w:basedOn w:val="TableNormal"/>
    <w:uiPriority w:val="59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Light Shading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rFonts w:ascii="ＭＳ 明朝" w:eastAsia="ＭＳ 明朝" w:hAnsi="ＭＳ 明朝" w:cs="ＭＳ 明朝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6">
    <w:name w:val="Light List"/>
    <w:basedOn w:val="TableNormal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4">
    <w:name w:val="Light Grid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0">
    <w:name w:val="Medium Shading 1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0">
    <w:name w:val="Medium Shading 2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0">
    <w:name w:val="Medium List 1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0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Grid 1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rPr>
      <w:rFonts w:ascii="ＭＳ 明朝" w:eastAsia="ＭＳ 明朝" w:hAnsi="ＭＳ 明朝" w:cs="ＭＳ 明朝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">
    <w:name w:val="Dark List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rFonts w:ascii="ＭＳ 明朝" w:eastAsia="ＭＳ 明朝" w:hAnsi="ＭＳ 明朝" w:cs="ＭＳ 明朝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">
    <w:name w:val="Colorful Shading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">
    <w:name w:val="Colorful List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">
    <w:name w:val="Colorful Grid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rFonts w:ascii="ＭＳ 明朝" w:eastAsia="ＭＳ 明朝" w:hAnsi="ＭＳ 明朝" w:cs="ＭＳ 明朝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1">
    <w:name w:val="ヘッダー (文字)"/>
    <w:basedOn w:val="a2"/>
    <w:uiPriority w:val="99"/>
    <w:rsid w:val="00281326"/>
    <w:rPr>
      <w:rFonts w:ascii="ＭＳ 明朝" w:eastAsia="ＭＳ 明朝" w:hAnsi="ＭＳ 明朝" w:cs="ＭＳ 明朝"/>
    </w:rPr>
  </w:style>
  <w:style w:type="character" w:customStyle="1" w:styleId="af2">
    <w:name w:val="フッター (文字)"/>
    <w:basedOn w:val="a2"/>
    <w:uiPriority w:val="99"/>
    <w:rsid w:val="00281326"/>
    <w:rPr>
      <w:rFonts w:ascii="ＭＳ 明朝" w:eastAsia="ＭＳ 明朝" w:hAnsi="ＭＳ 明朝" w:cs="ＭＳ 明朝"/>
    </w:rPr>
  </w:style>
  <w:style w:type="character" w:customStyle="1" w:styleId="15">
    <w:name w:val="見出し 1 (文字)"/>
    <w:basedOn w:val="a2"/>
    <w:uiPriority w:val="9"/>
    <w:rsid w:val="0028132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27">
    <w:name w:val="見出し 2 (文字)"/>
    <w:basedOn w:val="a2"/>
    <w:uiPriority w:val="9"/>
    <w:rsid w:val="00281326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35">
    <w:name w:val="見出し 3 (文字)"/>
    <w:basedOn w:val="a2"/>
    <w:uiPriority w:val="9"/>
    <w:rsid w:val="00281326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af3">
    <w:name w:val="表題 (文字)"/>
    <w:basedOn w:val="a2"/>
    <w:uiPriority w:val="10"/>
    <w:rsid w:val="002813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4">
    <w:name w:val="副題 (文字)"/>
    <w:basedOn w:val="a2"/>
    <w:uiPriority w:val="11"/>
    <w:rsid w:val="002813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本文 (文字)"/>
    <w:basedOn w:val="a2"/>
    <w:uiPriority w:val="99"/>
    <w:rsid w:val="00281326"/>
    <w:rPr>
      <w:rFonts w:ascii="ＭＳ 明朝" w:eastAsia="ＭＳ 明朝" w:hAnsi="ＭＳ 明朝" w:cs="ＭＳ 明朝"/>
    </w:rPr>
  </w:style>
  <w:style w:type="character" w:customStyle="1" w:styleId="28">
    <w:name w:val="本文 2 (文字)"/>
    <w:basedOn w:val="a2"/>
    <w:uiPriority w:val="99"/>
    <w:rsid w:val="00281326"/>
    <w:rPr>
      <w:rFonts w:ascii="ＭＳ 明朝" w:eastAsia="ＭＳ 明朝" w:hAnsi="ＭＳ 明朝" w:cs="ＭＳ 明朝"/>
    </w:rPr>
  </w:style>
  <w:style w:type="character" w:customStyle="1" w:styleId="36">
    <w:name w:val="本文 3 (文字)"/>
    <w:basedOn w:val="a2"/>
    <w:uiPriority w:val="99"/>
    <w:rsid w:val="00281326"/>
    <w:rPr>
      <w:rFonts w:ascii="ＭＳ 明朝" w:eastAsia="ＭＳ 明朝" w:hAnsi="ＭＳ 明朝" w:cs="ＭＳ 明朝"/>
      <w:sz w:val="16"/>
      <w:szCs w:val="16"/>
    </w:rPr>
  </w:style>
  <w:style w:type="character" w:customStyle="1" w:styleId="af6">
    <w:name w:val="マクロ文字列 (文字)"/>
    <w:basedOn w:val="a2"/>
    <w:uiPriority w:val="99"/>
    <w:rsid w:val="00281326"/>
    <w:rPr>
      <w:rFonts w:ascii="ＭＳ 明朝" w:eastAsia="ＭＳ 明朝" w:hAnsi="ＭＳ 明朝" w:cs="ＭＳ 明朝"/>
      <w:sz w:val="20"/>
      <w:szCs w:val="20"/>
    </w:rPr>
  </w:style>
  <w:style w:type="character" w:customStyle="1" w:styleId="af7">
    <w:name w:val="引用文 (文字)"/>
    <w:basedOn w:val="a2"/>
    <w:uiPriority w:val="29"/>
    <w:rsid w:val="00281326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1">
    <w:name w:val="見出し 4 (文字)"/>
    <w:basedOn w:val="a2"/>
    <w:uiPriority w:val="9"/>
    <w:semiHidden/>
    <w:rsid w:val="00281326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51">
    <w:name w:val="見出し 5 (文字)"/>
    <w:basedOn w:val="a2"/>
    <w:uiPriority w:val="9"/>
    <w:semiHidden/>
    <w:rsid w:val="0028132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">
    <w:name w:val="見出し 6 (文字)"/>
    <w:basedOn w:val="a2"/>
    <w:uiPriority w:val="9"/>
    <w:semiHidden/>
    <w:rsid w:val="002813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見出し 7 (文字)"/>
    <w:basedOn w:val="a2"/>
    <w:uiPriority w:val="9"/>
    <w:semiHidden/>
    <w:rsid w:val="0028132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見出し 8 (文字)"/>
    <w:basedOn w:val="a2"/>
    <w:uiPriority w:val="9"/>
    <w:semiHidden/>
    <w:rsid w:val="0028132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1">
    <w:name w:val="見出し 9 (文字)"/>
    <w:basedOn w:val="a2"/>
    <w:uiPriority w:val="9"/>
    <w:semiHidden/>
    <w:rsid w:val="0028132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9">
    <w:name w:val="引用文 2 (文字)"/>
    <w:basedOn w:val="a2"/>
    <w:uiPriority w:val="30"/>
    <w:rsid w:val="00281326"/>
    <w:rPr>
      <w:rFonts w:ascii="ＭＳ 明朝" w:eastAsia="ＭＳ 明朝" w:hAnsi="ＭＳ 明朝" w:cs="ＭＳ 明朝"/>
      <w:i/>
      <w:iCs/>
      <w:color w:val="4F81BD" w:themeColor="accent1"/>
    </w:rPr>
  </w:style>
  <w:style w:type="paragraph" w:styleId="af8">
    <w:name w:val="footnote text"/>
    <w:basedOn w:val="a1"/>
    <w:link w:val="af9"/>
    <w:uiPriority w:val="99"/>
    <w:semiHidden/>
    <w:unhideWhenUsed/>
    <w:rsid w:val="005F52B3"/>
    <w:pPr>
      <w:snapToGrid w:val="0"/>
    </w:pPr>
  </w:style>
  <w:style w:type="character" w:customStyle="1" w:styleId="af9">
    <w:name w:val="脚注文字列 (文字)"/>
    <w:basedOn w:val="a2"/>
    <w:link w:val="af8"/>
    <w:uiPriority w:val="99"/>
    <w:semiHidden/>
    <w:rsid w:val="005F52B3"/>
    <w:rPr>
      <w:rFonts w:ascii="ＭＳ 明朝" w:eastAsia="ＭＳ 明朝" w:hAnsi="ＭＳ 明朝" w:cs="ＭＳ 明朝"/>
      <w:sz w:val="21"/>
    </w:rPr>
  </w:style>
  <w:style w:type="character" w:styleId="afa">
    <w:name w:val="footnote reference"/>
    <w:basedOn w:val="a2"/>
    <w:uiPriority w:val="99"/>
    <w:semiHidden/>
    <w:unhideWhenUsed/>
    <w:rsid w:val="005F52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2e89a-34c0-4c96-9f14-c3273292d6f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247811e-b09e-4db0-b0e2-20f60e430a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81FB37DF1C14C9CE1FFC6A05F8872" ma:contentTypeVersion="16" ma:contentTypeDescription="新しいドキュメントを作成します。" ma:contentTypeScope="" ma:versionID="888f975eae6c5377681ce4eedca4fa86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846b4b814f43d2f933c4b0454ad9c4e4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860ec9-f424-4ce2-914e-05990e617a2f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5FD365-D28F-4E8D-A64E-090F316AAD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224F10-5925-46EF-8499-170AD8F3FC29}">
  <ds:schemaRefs>
    <ds:schemaRef ds:uri="http://schemas.microsoft.com/office/2006/metadata/properties"/>
    <ds:schemaRef ds:uri="http://schemas.microsoft.com/office/infopath/2007/PartnerControls"/>
    <ds:schemaRef ds:uri="b252e89a-34c0-4c96-9f14-c3273292d6fd"/>
    <ds:schemaRef ds:uri="http://schemas.microsoft.com/sharepoint/v3"/>
    <ds:schemaRef ds:uri="6247811e-b09e-4db0-b0e2-20f60e430aaf"/>
  </ds:schemaRefs>
</ds:datastoreItem>
</file>

<file path=customXml/itemProps3.xml><?xml version="1.0" encoding="utf-8"?>
<ds:datastoreItem xmlns:ds="http://schemas.openxmlformats.org/officeDocument/2006/customXml" ds:itemID="{1F628B06-3C18-425B-8930-1F55948F5710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 会社概要</dc:title>
  <dc:subject/>
  <dc:creator>向井　久人</dc:creator>
  <cp:keywords/>
  <dc:description>generated by python-docx</dc:description>
  <cp:lastModifiedBy>向井　久人</cp:lastModifiedBy>
  <cp:revision>34</cp:revision>
  <dcterms:created xsi:type="dcterms:W3CDTF">2026-08-03T10:27:00Z</dcterms:created>
  <dcterms:modified xsi:type="dcterms:W3CDTF">2026-09-16T02:51:00Z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</Properties>
</file>