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6A161" w14:textId="77777777" w:rsidR="00AE6847" w:rsidRPr="007E1CF3" w:rsidRDefault="005B68DD" w:rsidP="008444C7">
      <w:pPr>
        <w:spacing w:after="0" w:line="240" w:lineRule="auto"/>
        <w:rPr>
          <w:sz w:val="22"/>
          <w:szCs w:val="24"/>
        </w:rPr>
      </w:pPr>
      <w:r w:rsidRPr="007E1CF3">
        <w:rPr>
          <w:sz w:val="22"/>
          <w:szCs w:val="24"/>
        </w:rPr>
        <w:t>様式４</w:t>
      </w:r>
    </w:p>
    <w:p w14:paraId="33B9D25E" w14:textId="77607CA9" w:rsidR="00AE6847" w:rsidRPr="007E1CF3" w:rsidRDefault="005B68DD" w:rsidP="00927D48">
      <w:pPr>
        <w:wordWrap w:val="0"/>
        <w:spacing w:after="0" w:line="240" w:lineRule="auto"/>
        <w:jc w:val="right"/>
        <w:rPr>
          <w:sz w:val="22"/>
          <w:szCs w:val="24"/>
        </w:rPr>
      </w:pPr>
      <w:r w:rsidRPr="007E1CF3">
        <w:rPr>
          <w:sz w:val="22"/>
          <w:szCs w:val="24"/>
        </w:rPr>
        <w:t>令和　　年　　月　　日</w:t>
      </w:r>
      <w:r w:rsidR="00927D48" w:rsidRPr="007E1CF3">
        <w:rPr>
          <w:rFonts w:hint="eastAsia"/>
          <w:sz w:val="22"/>
          <w:szCs w:val="24"/>
          <w:lang w:eastAsia="ja-JP"/>
        </w:rPr>
        <w:t xml:space="preserve">　</w:t>
      </w:r>
    </w:p>
    <w:p w14:paraId="75AA9183" w14:textId="77777777" w:rsidR="00747FD6" w:rsidRPr="007E1CF3" w:rsidRDefault="00747FD6" w:rsidP="008444C7">
      <w:pPr>
        <w:spacing w:after="0" w:line="240" w:lineRule="auto"/>
        <w:rPr>
          <w:sz w:val="22"/>
          <w:szCs w:val="24"/>
          <w:lang w:eastAsia="ja-JP"/>
        </w:rPr>
      </w:pPr>
    </w:p>
    <w:p w14:paraId="1B3B542F" w14:textId="77777777" w:rsidR="009D2E80" w:rsidRPr="007E1CF3" w:rsidRDefault="009D2E80" w:rsidP="008444C7">
      <w:pPr>
        <w:spacing w:after="0" w:line="240" w:lineRule="auto"/>
        <w:rPr>
          <w:sz w:val="22"/>
          <w:szCs w:val="24"/>
          <w:lang w:eastAsia="ja-JP"/>
        </w:rPr>
      </w:pPr>
    </w:p>
    <w:p w14:paraId="7AC8289A" w14:textId="4063E992" w:rsidR="00AE6847" w:rsidRPr="007E1CF3" w:rsidRDefault="005B68DD" w:rsidP="008444C7">
      <w:pPr>
        <w:spacing w:after="0" w:line="240" w:lineRule="auto"/>
        <w:ind w:firstLineChars="100" w:firstLine="220"/>
        <w:rPr>
          <w:sz w:val="22"/>
          <w:szCs w:val="24"/>
          <w:lang w:eastAsia="ja-JP"/>
        </w:rPr>
      </w:pPr>
      <w:r w:rsidRPr="007E1CF3">
        <w:rPr>
          <w:sz w:val="22"/>
          <w:szCs w:val="24"/>
          <w:lang w:eastAsia="ja-JP"/>
        </w:rPr>
        <w:t>目黒区放置自転車対策業務委託事業者選定委員会　宛て</w:t>
      </w:r>
    </w:p>
    <w:p w14:paraId="4C12BD02" w14:textId="77777777" w:rsidR="00747FD6" w:rsidRPr="007E1CF3" w:rsidRDefault="00747FD6" w:rsidP="008444C7">
      <w:pPr>
        <w:spacing w:after="0" w:line="240" w:lineRule="auto"/>
        <w:rPr>
          <w:sz w:val="22"/>
          <w:szCs w:val="24"/>
          <w:lang w:eastAsia="ja-JP"/>
        </w:rPr>
      </w:pPr>
    </w:p>
    <w:p w14:paraId="4E4E7957" w14:textId="77777777" w:rsidR="008444C7" w:rsidRPr="007E1CF3" w:rsidRDefault="008444C7" w:rsidP="008444C7">
      <w:pPr>
        <w:spacing w:after="0" w:line="240" w:lineRule="auto"/>
        <w:rPr>
          <w:sz w:val="22"/>
          <w:szCs w:val="24"/>
          <w:lang w:eastAsia="ja-JP"/>
        </w:rPr>
      </w:pPr>
    </w:p>
    <w:p w14:paraId="7906F39D" w14:textId="781BC75B" w:rsidR="00747FD6" w:rsidRPr="007E1CF3" w:rsidRDefault="00747FD6" w:rsidP="00927D48">
      <w:pPr>
        <w:autoSpaceDE w:val="0"/>
        <w:autoSpaceDN w:val="0"/>
        <w:adjustRightInd w:val="0"/>
        <w:spacing w:after="0" w:line="240" w:lineRule="auto"/>
        <w:ind w:leftChars="2767" w:left="5811"/>
        <w:rPr>
          <w:rFonts w:cs="ＭＳ明朝"/>
          <w:sz w:val="22"/>
          <w:u w:val="single"/>
          <w:lang w:eastAsia="ja-JP"/>
        </w:rPr>
      </w:pPr>
      <w:r w:rsidRPr="003445E4">
        <w:rPr>
          <w:rFonts w:cs="ＭＳ明朝"/>
          <w:sz w:val="22"/>
          <w:u w:val="single"/>
          <w:lang w:eastAsia="ja-JP"/>
        </w:rPr>
        <w:t>商号又は名称</w:t>
      </w:r>
      <w:r w:rsidRPr="007E1CF3">
        <w:rPr>
          <w:rFonts w:cs="ＭＳ明朝"/>
          <w:sz w:val="22"/>
          <w:u w:val="single"/>
          <w:lang w:eastAsia="ja-JP"/>
        </w:rPr>
        <w:t xml:space="preserve">：　　　　　　　　　　　　</w:t>
      </w:r>
    </w:p>
    <w:p w14:paraId="1ABCBF08" w14:textId="6C5AF2A6" w:rsidR="00747FD6" w:rsidRPr="007E1CF3" w:rsidRDefault="00747FD6" w:rsidP="00927D48">
      <w:pPr>
        <w:autoSpaceDE w:val="0"/>
        <w:autoSpaceDN w:val="0"/>
        <w:adjustRightInd w:val="0"/>
        <w:spacing w:after="0" w:line="240" w:lineRule="auto"/>
        <w:ind w:leftChars="2767" w:left="5811"/>
        <w:rPr>
          <w:rFonts w:cs="ＭＳ明朝"/>
          <w:sz w:val="22"/>
          <w:u w:val="single"/>
          <w:lang w:eastAsia="ja-JP"/>
        </w:rPr>
      </w:pPr>
      <w:r w:rsidRPr="003445E4">
        <w:rPr>
          <w:rFonts w:cs="ＭＳ明朝"/>
          <w:spacing w:val="330"/>
          <w:sz w:val="22"/>
          <w:u w:val="single"/>
          <w:fitText w:val="1320" w:id="-391947776"/>
        </w:rPr>
        <w:t>所在</w:t>
      </w:r>
      <w:r w:rsidRPr="003445E4">
        <w:rPr>
          <w:rFonts w:cs="ＭＳ明朝"/>
          <w:sz w:val="22"/>
          <w:u w:val="single"/>
          <w:fitText w:val="1320" w:id="-391947776"/>
        </w:rPr>
        <w:t>地</w:t>
      </w:r>
      <w:r w:rsidRPr="007E1CF3">
        <w:rPr>
          <w:rFonts w:cs="ＭＳ明朝"/>
          <w:sz w:val="22"/>
          <w:u w:val="single"/>
        </w:rPr>
        <w:t xml:space="preserve">：　　　　　　　　　　　　</w:t>
      </w:r>
    </w:p>
    <w:p w14:paraId="55F94616" w14:textId="2DF35D9C" w:rsidR="00747FD6" w:rsidRPr="007E1CF3" w:rsidRDefault="00747FD6" w:rsidP="00927D48">
      <w:pPr>
        <w:autoSpaceDE w:val="0"/>
        <w:autoSpaceDN w:val="0"/>
        <w:adjustRightInd w:val="0"/>
        <w:spacing w:after="0" w:line="240" w:lineRule="auto"/>
        <w:ind w:leftChars="2767" w:left="5811" w:right="-2"/>
        <w:rPr>
          <w:rFonts w:cs="TT6134941CtCID"/>
          <w:sz w:val="22"/>
          <w:u w:val="single"/>
          <w:lang w:eastAsia="ja-JP"/>
        </w:rPr>
      </w:pPr>
      <w:r w:rsidRPr="003445E4">
        <w:rPr>
          <w:rFonts w:cs="ＭＳ明朝"/>
          <w:spacing w:val="146"/>
          <w:sz w:val="22"/>
          <w:u w:val="single"/>
          <w:fitText w:val="1320" w:id="-391947775"/>
        </w:rPr>
        <w:t>代表者</w:t>
      </w:r>
      <w:r w:rsidRPr="003445E4">
        <w:rPr>
          <w:rFonts w:cs="ＭＳ明朝"/>
          <w:spacing w:val="2"/>
          <w:sz w:val="22"/>
          <w:u w:val="single"/>
          <w:fitText w:val="1320" w:id="-391947775"/>
        </w:rPr>
        <w:t>名</w:t>
      </w:r>
      <w:r w:rsidRPr="007E1CF3">
        <w:rPr>
          <w:rFonts w:cs="ＭＳ明朝"/>
          <w:sz w:val="22"/>
          <w:u w:val="single"/>
        </w:rPr>
        <w:t>：</w:t>
      </w:r>
      <w:r w:rsidRPr="007E1CF3">
        <w:rPr>
          <w:rFonts w:cs="TT6134941CtCID" w:hint="eastAsia"/>
          <w:sz w:val="22"/>
          <w:u w:val="single"/>
        </w:rPr>
        <w:t xml:space="preserve">　　　　　　　　　　　　</w:t>
      </w:r>
    </w:p>
    <w:p w14:paraId="53C81651" w14:textId="06A6F2E1" w:rsidR="00AE6847" w:rsidRPr="007E1CF3" w:rsidRDefault="00AE6847" w:rsidP="008444C7">
      <w:pPr>
        <w:spacing w:after="0" w:line="240" w:lineRule="auto"/>
        <w:rPr>
          <w:sz w:val="22"/>
          <w:szCs w:val="24"/>
          <w:lang w:eastAsia="ja-JP"/>
        </w:rPr>
      </w:pPr>
    </w:p>
    <w:p w14:paraId="7D2F1ED3" w14:textId="77777777" w:rsidR="008444C7" w:rsidRPr="007E1CF3" w:rsidRDefault="008444C7" w:rsidP="008444C7">
      <w:pPr>
        <w:spacing w:after="0" w:line="240" w:lineRule="auto"/>
        <w:rPr>
          <w:sz w:val="22"/>
          <w:szCs w:val="24"/>
          <w:lang w:eastAsia="ja-JP"/>
        </w:rPr>
      </w:pPr>
    </w:p>
    <w:p w14:paraId="60622A3B" w14:textId="38DDCEAC" w:rsidR="001C150A" w:rsidRPr="007E1CF3" w:rsidRDefault="005B68DD" w:rsidP="008444C7">
      <w:pPr>
        <w:spacing w:after="0" w:line="240" w:lineRule="auto"/>
        <w:jc w:val="center"/>
        <w:rPr>
          <w:rFonts w:ascii="ＭＳ ゴシック" w:eastAsia="ＭＳ ゴシック" w:hAnsi="ＭＳ ゴシック"/>
          <w:sz w:val="24"/>
          <w:szCs w:val="28"/>
          <w:lang w:eastAsia="ja-JP"/>
        </w:rPr>
      </w:pPr>
      <w:r w:rsidRPr="00E1498D">
        <w:rPr>
          <w:rFonts w:ascii="ＭＳ ゴシック" w:eastAsia="ＭＳ ゴシック" w:hAnsi="ＭＳ ゴシック"/>
          <w:spacing w:val="360"/>
          <w:sz w:val="36"/>
          <w:szCs w:val="28"/>
          <w:fitText w:val="1800" w:id="-391943167"/>
          <w:lang w:eastAsia="ja-JP"/>
        </w:rPr>
        <w:t>質問</w:t>
      </w:r>
      <w:r w:rsidRPr="00E1498D">
        <w:rPr>
          <w:rFonts w:ascii="ＭＳ ゴシック" w:eastAsia="ＭＳ ゴシック" w:hAnsi="ＭＳ ゴシック"/>
          <w:sz w:val="36"/>
          <w:szCs w:val="28"/>
          <w:fitText w:val="1800" w:id="-391943167"/>
          <w:lang w:eastAsia="ja-JP"/>
        </w:rPr>
        <w:t>書</w:t>
      </w:r>
    </w:p>
    <w:p w14:paraId="4F0AC1A0" w14:textId="77777777" w:rsidR="00040A33" w:rsidRPr="007E1CF3" w:rsidRDefault="00040A33" w:rsidP="008444C7">
      <w:pPr>
        <w:spacing w:after="0" w:line="240" w:lineRule="auto"/>
        <w:rPr>
          <w:sz w:val="22"/>
          <w:szCs w:val="24"/>
          <w:lang w:eastAsia="ja-JP"/>
        </w:rPr>
      </w:pPr>
    </w:p>
    <w:p w14:paraId="1277D83B" w14:textId="06D5B198" w:rsidR="00AE6847" w:rsidRPr="007E1CF3" w:rsidRDefault="005B68DD" w:rsidP="008444C7">
      <w:pPr>
        <w:spacing w:after="0" w:line="240" w:lineRule="auto"/>
        <w:ind w:firstLineChars="100" w:firstLine="220"/>
        <w:rPr>
          <w:sz w:val="22"/>
          <w:szCs w:val="24"/>
          <w:lang w:eastAsia="ja-JP"/>
        </w:rPr>
      </w:pPr>
      <w:r w:rsidRPr="007E1CF3">
        <w:rPr>
          <w:sz w:val="22"/>
          <w:szCs w:val="24"/>
          <w:lang w:eastAsia="ja-JP"/>
        </w:rPr>
        <w:t>放置自転車対策業務委託事業者選定プロポーザル募集要項等について、次のとおり質問します。</w:t>
      </w:r>
    </w:p>
    <w:p w14:paraId="4987313D" w14:textId="77777777" w:rsidR="0003751A" w:rsidRPr="007E1CF3" w:rsidRDefault="0003751A" w:rsidP="008444C7">
      <w:pPr>
        <w:spacing w:after="0" w:line="240" w:lineRule="auto"/>
        <w:rPr>
          <w:sz w:val="22"/>
          <w:szCs w:val="24"/>
          <w:lang w:eastAsia="ja-JP"/>
        </w:rPr>
      </w:pPr>
    </w:p>
    <w:p w14:paraId="631E5073" w14:textId="77777777" w:rsidR="0003751A" w:rsidRPr="007E1CF3" w:rsidRDefault="0003751A" w:rsidP="008444C7">
      <w:pPr>
        <w:pStyle w:val="af8"/>
        <w:spacing w:after="0" w:line="240" w:lineRule="auto"/>
        <w:rPr>
          <w:sz w:val="22"/>
          <w:szCs w:val="24"/>
        </w:rPr>
      </w:pPr>
      <w:r w:rsidRPr="007E1CF3">
        <w:rPr>
          <w:rFonts w:hint="eastAsia"/>
          <w:sz w:val="22"/>
          <w:szCs w:val="24"/>
        </w:rPr>
        <w:t>記</w:t>
      </w:r>
    </w:p>
    <w:p w14:paraId="4F35EEFD" w14:textId="77777777" w:rsidR="0003751A" w:rsidRPr="007E1CF3" w:rsidRDefault="0003751A" w:rsidP="008444C7">
      <w:pPr>
        <w:spacing w:after="0" w:line="240" w:lineRule="auto"/>
        <w:rPr>
          <w:sz w:val="22"/>
          <w:szCs w:val="24"/>
          <w:lang w:eastAsia="ja-JP"/>
        </w:r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2268"/>
        <w:gridCol w:w="2268"/>
        <w:gridCol w:w="4762"/>
      </w:tblGrid>
      <w:tr w:rsidR="00AE6847" w:rsidRPr="007E1CF3" w14:paraId="064709B4" w14:textId="77777777" w:rsidTr="005C61BF">
        <w:trPr>
          <w:trHeight w:val="454"/>
          <w:jc w:val="center"/>
        </w:trPr>
        <w:tc>
          <w:tcPr>
            <w:tcW w:w="680" w:type="dxa"/>
            <w:vAlign w:val="center"/>
          </w:tcPr>
          <w:p w14:paraId="1AAF1D10" w14:textId="77777777" w:rsidR="00AE6847" w:rsidRPr="007E1CF3" w:rsidRDefault="005B68DD" w:rsidP="005C61BF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7E1CF3">
              <w:rPr>
                <w:sz w:val="22"/>
                <w:szCs w:val="24"/>
              </w:rPr>
              <w:t>No.</w:t>
            </w:r>
          </w:p>
        </w:tc>
        <w:tc>
          <w:tcPr>
            <w:tcW w:w="2268" w:type="dxa"/>
            <w:vAlign w:val="center"/>
          </w:tcPr>
          <w:p w14:paraId="4AFAA92E" w14:textId="77777777" w:rsidR="00AE6847" w:rsidRPr="007E1CF3" w:rsidRDefault="005B68DD" w:rsidP="005C61BF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7E1CF3">
              <w:rPr>
                <w:sz w:val="22"/>
                <w:szCs w:val="24"/>
              </w:rPr>
              <w:t>書類名</w:t>
            </w:r>
          </w:p>
        </w:tc>
        <w:tc>
          <w:tcPr>
            <w:tcW w:w="2268" w:type="dxa"/>
            <w:vAlign w:val="center"/>
          </w:tcPr>
          <w:p w14:paraId="0D3936A9" w14:textId="77777777" w:rsidR="00AE6847" w:rsidRPr="007E1CF3" w:rsidRDefault="005B68DD" w:rsidP="005C61BF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7E1CF3">
              <w:rPr>
                <w:sz w:val="22"/>
                <w:szCs w:val="24"/>
              </w:rPr>
              <w:t>該当ページ・項番等</w:t>
            </w:r>
          </w:p>
        </w:tc>
        <w:tc>
          <w:tcPr>
            <w:tcW w:w="4762" w:type="dxa"/>
            <w:vAlign w:val="center"/>
          </w:tcPr>
          <w:p w14:paraId="66F2A8EA" w14:textId="77777777" w:rsidR="00AE6847" w:rsidRPr="007E1CF3" w:rsidRDefault="005B68DD" w:rsidP="005C61BF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7E1CF3">
              <w:rPr>
                <w:sz w:val="22"/>
                <w:szCs w:val="24"/>
              </w:rPr>
              <w:t>質問内容</w:t>
            </w:r>
          </w:p>
        </w:tc>
      </w:tr>
      <w:tr w:rsidR="00AE6847" w:rsidRPr="007E1CF3" w14:paraId="0E458E05" w14:textId="77777777" w:rsidTr="005C61BF">
        <w:trPr>
          <w:trHeight w:val="1020"/>
          <w:jc w:val="center"/>
        </w:trPr>
        <w:tc>
          <w:tcPr>
            <w:tcW w:w="680" w:type="dxa"/>
            <w:vAlign w:val="center"/>
          </w:tcPr>
          <w:p w14:paraId="6E4BF90F" w14:textId="4EAE6BCE" w:rsidR="00AE6847" w:rsidRPr="007E1CF3" w:rsidRDefault="006E08EF" w:rsidP="008444C7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7E1CF3">
              <w:rPr>
                <w:rFonts w:hint="eastAsia"/>
                <w:sz w:val="22"/>
                <w:szCs w:val="24"/>
              </w:rPr>
              <w:t>１</w:t>
            </w:r>
          </w:p>
        </w:tc>
        <w:tc>
          <w:tcPr>
            <w:tcW w:w="2268" w:type="dxa"/>
            <w:vAlign w:val="center"/>
          </w:tcPr>
          <w:p w14:paraId="739E96E7" w14:textId="77777777" w:rsidR="00AE6847" w:rsidRPr="007E1CF3" w:rsidRDefault="00AE6847" w:rsidP="008444C7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0FD5" w14:textId="77777777" w:rsidR="00AE6847" w:rsidRPr="007E1CF3" w:rsidRDefault="00AE6847" w:rsidP="008444C7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  <w:tc>
          <w:tcPr>
            <w:tcW w:w="4762" w:type="dxa"/>
            <w:vAlign w:val="center"/>
          </w:tcPr>
          <w:p w14:paraId="513C3838" w14:textId="77777777" w:rsidR="00AE6847" w:rsidRPr="007E1CF3" w:rsidRDefault="00AE6847" w:rsidP="008444C7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</w:tr>
      <w:tr w:rsidR="00AE6847" w:rsidRPr="007E1CF3" w14:paraId="5D7CE595" w14:textId="77777777" w:rsidTr="005C61BF">
        <w:trPr>
          <w:trHeight w:val="1020"/>
          <w:jc w:val="center"/>
        </w:trPr>
        <w:tc>
          <w:tcPr>
            <w:tcW w:w="680" w:type="dxa"/>
            <w:vAlign w:val="center"/>
          </w:tcPr>
          <w:p w14:paraId="1D6608D8" w14:textId="59ED46A3" w:rsidR="00AE6847" w:rsidRPr="007E1CF3" w:rsidRDefault="006E08EF" w:rsidP="008444C7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7E1CF3">
              <w:rPr>
                <w:rFonts w:hint="eastAsia"/>
                <w:sz w:val="22"/>
                <w:szCs w:val="24"/>
              </w:rPr>
              <w:t>２</w:t>
            </w:r>
          </w:p>
        </w:tc>
        <w:tc>
          <w:tcPr>
            <w:tcW w:w="2268" w:type="dxa"/>
            <w:vAlign w:val="center"/>
          </w:tcPr>
          <w:p w14:paraId="6E6E14B1" w14:textId="77777777" w:rsidR="00AE6847" w:rsidRPr="007E1CF3" w:rsidRDefault="00AE6847" w:rsidP="008444C7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1CBC6B" w14:textId="77777777" w:rsidR="00AE6847" w:rsidRPr="007E1CF3" w:rsidRDefault="00AE6847" w:rsidP="008444C7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  <w:tc>
          <w:tcPr>
            <w:tcW w:w="4762" w:type="dxa"/>
            <w:vAlign w:val="center"/>
          </w:tcPr>
          <w:p w14:paraId="397520ED" w14:textId="77777777" w:rsidR="00AE6847" w:rsidRPr="007E1CF3" w:rsidRDefault="00AE6847" w:rsidP="008444C7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</w:tr>
      <w:tr w:rsidR="00AE6847" w:rsidRPr="007E1CF3" w14:paraId="53DC5B99" w14:textId="77777777" w:rsidTr="005C61BF">
        <w:trPr>
          <w:trHeight w:val="1020"/>
          <w:jc w:val="center"/>
        </w:trPr>
        <w:tc>
          <w:tcPr>
            <w:tcW w:w="680" w:type="dxa"/>
            <w:vAlign w:val="center"/>
          </w:tcPr>
          <w:p w14:paraId="1B807BE5" w14:textId="03DE1796" w:rsidR="00AE6847" w:rsidRPr="007E1CF3" w:rsidRDefault="006E08EF" w:rsidP="008444C7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7E1CF3">
              <w:rPr>
                <w:rFonts w:hint="eastAsia"/>
                <w:sz w:val="22"/>
                <w:szCs w:val="24"/>
              </w:rPr>
              <w:t>３</w:t>
            </w:r>
          </w:p>
        </w:tc>
        <w:tc>
          <w:tcPr>
            <w:tcW w:w="2268" w:type="dxa"/>
            <w:vAlign w:val="center"/>
          </w:tcPr>
          <w:p w14:paraId="2B1DAFD9" w14:textId="77777777" w:rsidR="00AE6847" w:rsidRPr="007E1CF3" w:rsidRDefault="00AE6847" w:rsidP="008444C7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EFDF64" w14:textId="77777777" w:rsidR="00AE6847" w:rsidRPr="007E1CF3" w:rsidRDefault="00AE6847" w:rsidP="008444C7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  <w:tc>
          <w:tcPr>
            <w:tcW w:w="4762" w:type="dxa"/>
            <w:vAlign w:val="center"/>
          </w:tcPr>
          <w:p w14:paraId="0959C4B7" w14:textId="77777777" w:rsidR="00AE6847" w:rsidRPr="007E1CF3" w:rsidRDefault="00AE6847" w:rsidP="008444C7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</w:tr>
      <w:tr w:rsidR="00AE6847" w:rsidRPr="007E1CF3" w14:paraId="6C424347" w14:textId="77777777" w:rsidTr="005C61BF">
        <w:trPr>
          <w:trHeight w:val="1020"/>
          <w:jc w:val="center"/>
        </w:trPr>
        <w:tc>
          <w:tcPr>
            <w:tcW w:w="680" w:type="dxa"/>
            <w:vAlign w:val="center"/>
          </w:tcPr>
          <w:p w14:paraId="47B2E27C" w14:textId="5A5B543F" w:rsidR="00AE6847" w:rsidRPr="007E1CF3" w:rsidRDefault="006E08EF" w:rsidP="008444C7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7E1CF3">
              <w:rPr>
                <w:rFonts w:hint="eastAsia"/>
                <w:sz w:val="22"/>
                <w:szCs w:val="24"/>
              </w:rPr>
              <w:t>４</w:t>
            </w:r>
          </w:p>
        </w:tc>
        <w:tc>
          <w:tcPr>
            <w:tcW w:w="2268" w:type="dxa"/>
            <w:vAlign w:val="center"/>
          </w:tcPr>
          <w:p w14:paraId="34A78A16" w14:textId="77777777" w:rsidR="00AE6847" w:rsidRPr="007E1CF3" w:rsidRDefault="00AE6847" w:rsidP="008444C7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693C12" w14:textId="77777777" w:rsidR="00AE6847" w:rsidRPr="007E1CF3" w:rsidRDefault="00AE6847" w:rsidP="008444C7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  <w:tc>
          <w:tcPr>
            <w:tcW w:w="4762" w:type="dxa"/>
            <w:vAlign w:val="center"/>
          </w:tcPr>
          <w:p w14:paraId="52323C5B" w14:textId="77777777" w:rsidR="00AE6847" w:rsidRPr="007E1CF3" w:rsidRDefault="00AE6847" w:rsidP="008444C7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</w:tr>
      <w:tr w:rsidR="00AE6847" w:rsidRPr="007E1CF3" w14:paraId="03ED1028" w14:textId="77777777" w:rsidTr="005C61BF">
        <w:trPr>
          <w:trHeight w:val="1020"/>
          <w:jc w:val="center"/>
        </w:trPr>
        <w:tc>
          <w:tcPr>
            <w:tcW w:w="680" w:type="dxa"/>
            <w:vAlign w:val="center"/>
          </w:tcPr>
          <w:p w14:paraId="451BDAED" w14:textId="4C8C0084" w:rsidR="00AE6847" w:rsidRPr="007E1CF3" w:rsidRDefault="006E08EF" w:rsidP="008444C7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7E1CF3">
              <w:rPr>
                <w:rFonts w:hint="eastAsia"/>
                <w:sz w:val="22"/>
                <w:szCs w:val="24"/>
              </w:rPr>
              <w:t>５</w:t>
            </w:r>
          </w:p>
        </w:tc>
        <w:tc>
          <w:tcPr>
            <w:tcW w:w="2268" w:type="dxa"/>
            <w:vAlign w:val="center"/>
          </w:tcPr>
          <w:p w14:paraId="58AA91BC" w14:textId="77777777" w:rsidR="00AE6847" w:rsidRPr="007E1CF3" w:rsidRDefault="00AE6847" w:rsidP="008444C7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A5B8C2" w14:textId="77777777" w:rsidR="00AE6847" w:rsidRPr="007E1CF3" w:rsidRDefault="00AE6847" w:rsidP="008444C7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  <w:tc>
          <w:tcPr>
            <w:tcW w:w="4762" w:type="dxa"/>
            <w:vAlign w:val="center"/>
          </w:tcPr>
          <w:p w14:paraId="4AADADB0" w14:textId="77777777" w:rsidR="00AE6847" w:rsidRPr="007E1CF3" w:rsidRDefault="00AE6847" w:rsidP="008444C7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</w:tr>
    </w:tbl>
    <w:p w14:paraId="3891927E" w14:textId="77777777" w:rsidR="00AE6847" w:rsidRPr="007E1CF3" w:rsidRDefault="005B68DD" w:rsidP="008444C7">
      <w:pPr>
        <w:spacing w:after="0" w:line="240" w:lineRule="auto"/>
        <w:rPr>
          <w:sz w:val="22"/>
          <w:szCs w:val="24"/>
          <w:lang w:eastAsia="ja-JP"/>
        </w:rPr>
      </w:pPr>
      <w:r w:rsidRPr="007E1CF3">
        <w:rPr>
          <w:sz w:val="22"/>
          <w:szCs w:val="24"/>
          <w:lang w:eastAsia="ja-JP"/>
        </w:rPr>
        <w:t>※質問項目が不足する場合は、任意に行を追加してください。</w:t>
      </w:r>
    </w:p>
    <w:p w14:paraId="7FF6355E" w14:textId="77777777" w:rsidR="00D30B18" w:rsidRPr="007E1CF3" w:rsidRDefault="00D30B18" w:rsidP="008444C7">
      <w:pPr>
        <w:spacing w:after="0" w:line="240" w:lineRule="auto"/>
        <w:rPr>
          <w:sz w:val="22"/>
          <w:szCs w:val="24"/>
          <w:lang w:eastAsia="ja-JP"/>
        </w:rPr>
      </w:pPr>
    </w:p>
    <w:p w14:paraId="43ADBBF2" w14:textId="2EB26F0F" w:rsidR="00AE6847" w:rsidRPr="007E1CF3" w:rsidRDefault="005B68DD" w:rsidP="008444C7">
      <w:pPr>
        <w:spacing w:after="0" w:line="240" w:lineRule="auto"/>
        <w:rPr>
          <w:sz w:val="22"/>
          <w:szCs w:val="24"/>
        </w:rPr>
      </w:pPr>
      <w:r w:rsidRPr="007E1CF3">
        <w:rPr>
          <w:sz w:val="22"/>
          <w:szCs w:val="24"/>
        </w:rPr>
        <w:t>連絡担当者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2494"/>
      </w:tblGrid>
      <w:tr w:rsidR="00AE6847" w:rsidRPr="007E1CF3" w14:paraId="54897C92" w14:textId="77777777" w:rsidTr="00F6308B">
        <w:trPr>
          <w:trHeight w:val="397"/>
          <w:jc w:val="center"/>
        </w:trPr>
        <w:tc>
          <w:tcPr>
            <w:tcW w:w="2494" w:type="dxa"/>
            <w:vAlign w:val="center"/>
          </w:tcPr>
          <w:p w14:paraId="7B101A63" w14:textId="697E876A" w:rsidR="00AE6847" w:rsidRPr="007E1CF3" w:rsidRDefault="00F57232" w:rsidP="005C61BF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</w:rPr>
              <w:t>所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sz w:val="22"/>
              </w:rPr>
              <w:t>属</w:t>
            </w:r>
          </w:p>
        </w:tc>
        <w:tc>
          <w:tcPr>
            <w:tcW w:w="2494" w:type="dxa"/>
            <w:vAlign w:val="center"/>
          </w:tcPr>
          <w:p w14:paraId="33D14240" w14:textId="5CEF6E04" w:rsidR="00AE6847" w:rsidRPr="007E1CF3" w:rsidRDefault="005B68DD" w:rsidP="005C61BF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7E1CF3">
              <w:rPr>
                <w:sz w:val="22"/>
                <w:szCs w:val="24"/>
              </w:rPr>
              <w:t>氏</w:t>
            </w:r>
            <w:r w:rsidR="00E94A0B" w:rsidRPr="007E1CF3">
              <w:rPr>
                <w:rFonts w:hint="eastAsia"/>
                <w:sz w:val="22"/>
                <w:szCs w:val="24"/>
                <w:lang w:eastAsia="ja-JP"/>
              </w:rPr>
              <w:t xml:space="preserve">　</w:t>
            </w:r>
            <w:r w:rsidRPr="007E1CF3">
              <w:rPr>
                <w:sz w:val="22"/>
                <w:szCs w:val="24"/>
              </w:rPr>
              <w:t>名</w:t>
            </w:r>
          </w:p>
        </w:tc>
        <w:tc>
          <w:tcPr>
            <w:tcW w:w="2494" w:type="dxa"/>
            <w:vAlign w:val="center"/>
          </w:tcPr>
          <w:p w14:paraId="7DE75582" w14:textId="77777777" w:rsidR="00AE6847" w:rsidRPr="007E1CF3" w:rsidRDefault="005B68DD" w:rsidP="005C61BF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7E1CF3">
              <w:rPr>
                <w:sz w:val="22"/>
                <w:szCs w:val="24"/>
              </w:rPr>
              <w:t>電話番号</w:t>
            </w:r>
          </w:p>
        </w:tc>
        <w:tc>
          <w:tcPr>
            <w:tcW w:w="2494" w:type="dxa"/>
            <w:vAlign w:val="center"/>
          </w:tcPr>
          <w:p w14:paraId="2EC84846" w14:textId="77777777" w:rsidR="00AE6847" w:rsidRPr="007E1CF3" w:rsidRDefault="005B68DD" w:rsidP="005C61BF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7E1CF3">
              <w:rPr>
                <w:sz w:val="22"/>
                <w:szCs w:val="24"/>
              </w:rPr>
              <w:t>メールアドレス</w:t>
            </w:r>
          </w:p>
        </w:tc>
      </w:tr>
      <w:tr w:rsidR="00AE6847" w:rsidRPr="007E1CF3" w14:paraId="71A20B40" w14:textId="77777777" w:rsidTr="00F6308B">
        <w:trPr>
          <w:trHeight w:val="397"/>
          <w:jc w:val="center"/>
        </w:trPr>
        <w:tc>
          <w:tcPr>
            <w:tcW w:w="2494" w:type="dxa"/>
            <w:vAlign w:val="center"/>
          </w:tcPr>
          <w:p w14:paraId="397CD065" w14:textId="77777777" w:rsidR="00AE6847" w:rsidRPr="007E1CF3" w:rsidRDefault="00AE6847" w:rsidP="00F6308B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  <w:tc>
          <w:tcPr>
            <w:tcW w:w="2494" w:type="dxa"/>
            <w:vAlign w:val="center"/>
          </w:tcPr>
          <w:p w14:paraId="045386FD" w14:textId="77777777" w:rsidR="00AE6847" w:rsidRPr="007E1CF3" w:rsidRDefault="00AE6847" w:rsidP="00F6308B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  <w:tc>
          <w:tcPr>
            <w:tcW w:w="2494" w:type="dxa"/>
            <w:vAlign w:val="center"/>
          </w:tcPr>
          <w:p w14:paraId="136E58A7" w14:textId="77777777" w:rsidR="00AE6847" w:rsidRPr="007E1CF3" w:rsidRDefault="00AE6847" w:rsidP="00F6308B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  <w:tc>
          <w:tcPr>
            <w:tcW w:w="2494" w:type="dxa"/>
            <w:vAlign w:val="center"/>
          </w:tcPr>
          <w:p w14:paraId="0B4BAFC0" w14:textId="77777777" w:rsidR="00AE6847" w:rsidRPr="007E1CF3" w:rsidRDefault="00AE6847" w:rsidP="00F6308B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</w:tr>
    </w:tbl>
    <w:p w14:paraId="02935B13" w14:textId="77777777" w:rsidR="00DB10F4" w:rsidRPr="007E1CF3" w:rsidRDefault="00DB10F4" w:rsidP="00DB10F4">
      <w:pPr>
        <w:spacing w:after="0" w:line="240" w:lineRule="auto"/>
        <w:rPr>
          <w:sz w:val="22"/>
          <w:szCs w:val="24"/>
          <w:lang w:eastAsia="ja-JP"/>
        </w:rPr>
      </w:pPr>
    </w:p>
    <w:p w14:paraId="210F9ECD" w14:textId="73AF9E92" w:rsidR="001824C7" w:rsidRPr="007E1CF3" w:rsidRDefault="00DB10F4" w:rsidP="00B373B2">
      <w:pPr>
        <w:spacing w:after="0" w:line="240" w:lineRule="auto"/>
        <w:jc w:val="center"/>
        <w:rPr>
          <w:sz w:val="22"/>
          <w:szCs w:val="24"/>
          <w:lang w:eastAsia="ja-JP"/>
        </w:rPr>
      </w:pPr>
      <w:r w:rsidRPr="007E1CF3">
        <w:rPr>
          <w:rFonts w:hint="eastAsia"/>
          <w:sz w:val="22"/>
          <w:szCs w:val="24"/>
          <w:lang w:eastAsia="ja-JP"/>
        </w:rPr>
        <w:t>以　　　上</w:t>
      </w:r>
    </w:p>
    <w:sectPr w:rsidR="001824C7" w:rsidRPr="007E1CF3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9DB34" w14:textId="77777777" w:rsidR="00026DB5" w:rsidRDefault="00026DB5">
      <w:pPr>
        <w:spacing w:after="0" w:line="240" w:lineRule="auto"/>
      </w:pPr>
      <w:r>
        <w:separator/>
      </w:r>
    </w:p>
  </w:endnote>
  <w:endnote w:type="continuationSeparator" w:id="0">
    <w:p w14:paraId="297D1B4D" w14:textId="77777777" w:rsidR="00026DB5" w:rsidRDefault="00026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6134941CtCI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5BC62" w14:textId="77777777" w:rsidR="00026DB5" w:rsidRDefault="00026DB5">
      <w:pPr>
        <w:spacing w:after="0" w:line="240" w:lineRule="auto"/>
      </w:pPr>
      <w:r>
        <w:separator/>
      </w:r>
    </w:p>
  </w:footnote>
  <w:footnote w:type="continuationSeparator" w:id="0">
    <w:p w14:paraId="3F5FF761" w14:textId="77777777" w:rsidR="00026DB5" w:rsidRDefault="00026D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4205194">
    <w:abstractNumId w:val="7"/>
  </w:num>
  <w:num w:numId="2" w16cid:durableId="1621648719">
    <w:abstractNumId w:val="5"/>
  </w:num>
  <w:num w:numId="3" w16cid:durableId="1966812167">
    <w:abstractNumId w:val="6"/>
  </w:num>
  <w:num w:numId="4" w16cid:durableId="2078092618">
    <w:abstractNumId w:val="4"/>
  </w:num>
  <w:num w:numId="5" w16cid:durableId="2136172366">
    <w:abstractNumId w:val="8"/>
  </w:num>
  <w:num w:numId="6" w16cid:durableId="404955898">
    <w:abstractNumId w:val="2"/>
  </w:num>
  <w:num w:numId="7" w16cid:durableId="509106904">
    <w:abstractNumId w:val="3"/>
  </w:num>
  <w:num w:numId="8" w16cid:durableId="680158693">
    <w:abstractNumId w:val="0"/>
  </w:num>
  <w:num w:numId="9" w16cid:durableId="770273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BB3"/>
    <w:rsid w:val="00026DB5"/>
    <w:rsid w:val="00034616"/>
    <w:rsid w:val="0003751A"/>
    <w:rsid w:val="00040A33"/>
    <w:rsid w:val="00044C0E"/>
    <w:rsid w:val="0006063C"/>
    <w:rsid w:val="00073245"/>
    <w:rsid w:val="000818BA"/>
    <w:rsid w:val="0015074B"/>
    <w:rsid w:val="001824C7"/>
    <w:rsid w:val="00190F74"/>
    <w:rsid w:val="001C150A"/>
    <w:rsid w:val="00207E83"/>
    <w:rsid w:val="00230317"/>
    <w:rsid w:val="00241691"/>
    <w:rsid w:val="002637BC"/>
    <w:rsid w:val="0029639D"/>
    <w:rsid w:val="002A6ED1"/>
    <w:rsid w:val="002F2541"/>
    <w:rsid w:val="00326F90"/>
    <w:rsid w:val="00340B2A"/>
    <w:rsid w:val="003445E4"/>
    <w:rsid w:val="0042488A"/>
    <w:rsid w:val="00457F94"/>
    <w:rsid w:val="00462B9C"/>
    <w:rsid w:val="004C2B56"/>
    <w:rsid w:val="005B68DD"/>
    <w:rsid w:val="005C61BF"/>
    <w:rsid w:val="005E438B"/>
    <w:rsid w:val="00613A5C"/>
    <w:rsid w:val="0066190C"/>
    <w:rsid w:val="006C5DBE"/>
    <w:rsid w:val="006D293F"/>
    <w:rsid w:val="006E08EF"/>
    <w:rsid w:val="006F073A"/>
    <w:rsid w:val="007108D3"/>
    <w:rsid w:val="00730CF3"/>
    <w:rsid w:val="00747FD6"/>
    <w:rsid w:val="007E1CF3"/>
    <w:rsid w:val="008444C7"/>
    <w:rsid w:val="00926EE4"/>
    <w:rsid w:val="00927D48"/>
    <w:rsid w:val="0095414C"/>
    <w:rsid w:val="0099230F"/>
    <w:rsid w:val="009D2E80"/>
    <w:rsid w:val="009E34F5"/>
    <w:rsid w:val="00A403AA"/>
    <w:rsid w:val="00AA1D8D"/>
    <w:rsid w:val="00AE6847"/>
    <w:rsid w:val="00B373B2"/>
    <w:rsid w:val="00B47730"/>
    <w:rsid w:val="00BA2128"/>
    <w:rsid w:val="00C20B40"/>
    <w:rsid w:val="00CB0664"/>
    <w:rsid w:val="00D04EED"/>
    <w:rsid w:val="00D30B18"/>
    <w:rsid w:val="00DB10F4"/>
    <w:rsid w:val="00E1498D"/>
    <w:rsid w:val="00E94A0B"/>
    <w:rsid w:val="00F57232"/>
    <w:rsid w:val="00F630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062061"/>
  <w14:defaultImageDpi w14:val="330"/>
  <w15:docId w15:val="{9540533F-52DB-4C39-944E-8A7272C5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 w:line="252" w:lineRule="auto"/>
    </w:pPr>
    <w:rPr>
      <w:rFonts w:ascii="ＭＳ 明朝" w:eastAsia="ＭＳ 明朝" w:hAnsi="ＭＳ 明朝" w:cs="ＭＳ 明朝"/>
      <w:sz w:val="21"/>
    </w:rPr>
  </w:style>
  <w:style w:type="paragraph" w:styleId="1">
    <w:name w:val="heading 1"/>
    <w:basedOn w:val="a1"/>
    <w:next w:val="a1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styleId="31">
    <w:name w:val="heading 3"/>
    <w:basedOn w:val="a1"/>
    <w:next w:val="a1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paragraph" w:styleId="4">
    <w:name w:val="heading 4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5">
    <w:name w:val="heading 5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FC693F"/>
    <w:pPr>
      <w:spacing w:after="0" w:line="240" w:lineRule="auto"/>
    </w:pPr>
    <w:rPr>
      <w:rFonts w:ascii="ＭＳ 明朝" w:eastAsia="ＭＳ 明朝" w:hAnsi="ＭＳ 明朝" w:cs="ＭＳ 明朝"/>
    </w:rPr>
  </w:style>
  <w:style w:type="paragraph" w:styleId="a6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7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2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2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8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3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3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9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color w:val="4F81BD" w:themeColor="accent1"/>
      <w:sz w:val="18"/>
      <w:szCs w:val="18"/>
    </w:rPr>
  </w:style>
  <w:style w:type="character" w:styleId="aa">
    <w:name w:val="Strong"/>
    <w:basedOn w:val="a2"/>
    <w:uiPriority w:val="22"/>
    <w:qFormat/>
    <w:rsid w:val="00FC693F"/>
    <w:rPr>
      <w:rFonts w:ascii="ＭＳ 明朝" w:eastAsia="ＭＳ 明朝" w:hAnsi="ＭＳ 明朝" w:cs="ＭＳ 明朝"/>
    </w:rPr>
  </w:style>
  <w:style w:type="character" w:styleId="ab">
    <w:name w:val="Emphasis"/>
    <w:basedOn w:val="a2"/>
    <w:uiPriority w:val="20"/>
    <w:qFormat/>
    <w:rsid w:val="00FC693F"/>
    <w:rPr>
      <w:rFonts w:ascii="ＭＳ 明朝" w:eastAsia="ＭＳ 明朝" w:hAnsi="ＭＳ 明朝" w:cs="ＭＳ 明朝"/>
      <w:i/>
      <w:iCs/>
    </w:rPr>
  </w:style>
  <w:style w:type="character" w:styleId="ac">
    <w:name w:val="Subtle Emphasis"/>
    <w:basedOn w:val="a2"/>
    <w:uiPriority w:val="19"/>
    <w:qFormat/>
    <w:rsid w:val="00FC693F"/>
    <w:rPr>
      <w:rFonts w:ascii="ＭＳ 明朝" w:eastAsia="ＭＳ 明朝" w:hAnsi="ＭＳ 明朝" w:cs="ＭＳ 明朝"/>
      <w:i/>
      <w:iCs/>
      <w:color w:val="808080" w:themeColor="text1" w:themeTint="7F"/>
    </w:rPr>
  </w:style>
  <w:style w:type="character" w:styleId="24">
    <w:name w:val="Intense Emphasis"/>
    <w:basedOn w:val="a2"/>
    <w:uiPriority w:val="21"/>
    <w:qFormat/>
    <w:rsid w:val="00FC693F"/>
    <w:rPr>
      <w:rFonts w:ascii="ＭＳ 明朝" w:eastAsia="ＭＳ 明朝" w:hAnsi="ＭＳ 明朝" w:cs="ＭＳ 明朝"/>
      <w:i/>
      <w:iCs/>
      <w:color w:val="4F81BD" w:themeColor="accent1"/>
    </w:rPr>
  </w:style>
  <w:style w:type="character" w:styleId="ad">
    <w:name w:val="Subtle Reference"/>
    <w:basedOn w:val="a2"/>
    <w:uiPriority w:val="31"/>
    <w:qFormat/>
    <w:rsid w:val="00FC693F"/>
    <w:rPr>
      <w:rFonts w:ascii="ＭＳ 明朝" w:eastAsia="ＭＳ 明朝" w:hAnsi="ＭＳ 明朝" w:cs="ＭＳ 明朝"/>
      <w:smallCaps/>
      <w:color w:val="C0504D" w:themeColor="accent2"/>
      <w:u w:val="single"/>
    </w:rPr>
  </w:style>
  <w:style w:type="character" w:styleId="25">
    <w:name w:val="Intense Reference"/>
    <w:basedOn w:val="a2"/>
    <w:uiPriority w:val="32"/>
    <w:qFormat/>
    <w:rsid w:val="00FC693F"/>
    <w:rPr>
      <w:rFonts w:ascii="ＭＳ 明朝" w:eastAsia="ＭＳ 明朝" w:hAnsi="ＭＳ 明朝" w:cs="ＭＳ 明朝"/>
      <w:smallCaps/>
      <w:color w:val="C0504D" w:themeColor="accent2"/>
      <w:spacing w:val="5"/>
      <w:u w:val="single"/>
    </w:rPr>
  </w:style>
  <w:style w:type="character" w:styleId="ae">
    <w:name w:val="Book Title"/>
    <w:basedOn w:val="a2"/>
    <w:uiPriority w:val="33"/>
    <w:qFormat/>
    <w:rsid w:val="00FC693F"/>
    <w:rPr>
      <w:rFonts w:ascii="ＭＳ 明朝" w:eastAsia="ＭＳ 明朝" w:hAnsi="ＭＳ 明朝" w:cs="ＭＳ 明朝"/>
      <w:smallCaps/>
      <w:spacing w:val="5"/>
    </w:rPr>
  </w:style>
  <w:style w:type="paragraph" w:styleId="af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ＭＳ 明朝" w:eastAsia="ＭＳ 明朝" w:hAnsi="ＭＳ 明朝" w:cs="ＭＳ 明朝"/>
    </w:rPr>
  </w:style>
  <w:style w:type="table" w:styleId="af0">
    <w:name w:val="Table Grid"/>
    <w:basedOn w:val="TableNormal"/>
    <w:uiPriority w:val="59"/>
    <w:rsid w:val="00FC693F"/>
    <w:pPr>
      <w:spacing w:after="0" w:line="240" w:lineRule="auto"/>
    </w:pPr>
    <w:rPr>
      <w:rFonts w:ascii="ＭＳ 明朝" w:eastAsia="ＭＳ 明朝" w:hAnsi="ＭＳ 明朝" w:cs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Light Shading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- Accent 1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-Accent2">
    <w:name w:val="Light Shading - Accent 2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-Accent3">
    <w:name w:val="Light Shading - Accent 3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-Accent4">
    <w:name w:val="Light Shading - Accent 4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-Accent5">
    <w:name w:val="Light Shading - Accent 5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Shading-Accent6">
    <w:name w:val="Light Shading - Accent 6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6">
    <w:name w:val="Light List"/>
    <w:basedOn w:val="TableNormal"/>
    <w:uiPriority w:val="61"/>
    <w:rsid w:val="00FC693F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- Accent 1"/>
    <w:basedOn w:val="TableNormal"/>
    <w:uiPriority w:val="61"/>
    <w:rsid w:val="00FC693F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-Accent2">
    <w:name w:val="Light List - Accent 2"/>
    <w:basedOn w:val="TableNormal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-Accent3">
    <w:name w:val="Light List - Accent 3"/>
    <w:basedOn w:val="TableNormal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-Accent4">
    <w:name w:val="Light List - Accent 4"/>
    <w:basedOn w:val="TableNormal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-Accent5">
    <w:name w:val="Light List - Accent 5"/>
    <w:basedOn w:val="TableNormal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-Accent6">
    <w:name w:val="Light List - Accent 6"/>
    <w:basedOn w:val="TableNormal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4">
    <w:name w:val="Light Grid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- Accent 1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-Accent2">
    <w:name w:val="Light Grid - Accent 2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-Accent3">
    <w:name w:val="Light Grid - Accent 3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-Accent4">
    <w:name w:val="Light Grid - Accent 4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-Accent5">
    <w:name w:val="Light Grid - Accent 5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6">
    <w:name w:val="Light Grid - Accent 6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0">
    <w:name w:val="Medium Shading 1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- Accent 1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">
    <w:name w:val="Medium Shading 1 - Accent 2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">
    <w:name w:val="Medium Shading 1 - Accent 3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">
    <w:name w:val="Medium Shading 1 - Accent 4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">
    <w:name w:val="Medium Shading 1 - Accent 5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">
    <w:name w:val="Medium Shading 1 - Accent 6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0">
    <w:name w:val="Medium Shading 2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- Accent 1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">
    <w:name w:val="Medium Shading 2 - Accent 2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">
    <w:name w:val="Medium Shading 2 - Accent 3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">
    <w:name w:val="Medium Shading 2 - Accent 4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">
    <w:name w:val="Medium Shading 2 - Accent 5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">
    <w:name w:val="Medium Shading 2 - Accent 6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0">
    <w:name w:val="Medium List 1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- Accent 1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-Accent2">
    <w:name w:val="Medium List 1 - Accent 2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-Accent3">
    <w:name w:val="Medium List 1 - Accent 3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-Accent4">
    <w:name w:val="Medium List 1 - Accent 4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-Accent5">
    <w:name w:val="Medium List 1 - Accent 5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-Accent6">
    <w:name w:val="Medium List 1 - Accent 6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0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">
    <w:name w:val="Medium List 2 -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">
    <w:name w:val="Medium List 2 -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">
    <w:name w:val="Medium List 2 -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">
    <w:name w:val="Medium List 2 -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">
    <w:name w:val="Medium List 2 -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">
    <w:name w:val="Medium List 2 -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Grid 1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-Accent1">
    <w:name w:val="Medium Grid 1 - Accent 1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-Accent2">
    <w:name w:val="Medium Grid 1 - Accent 2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-Accent3">
    <w:name w:val="Medium Grid 1 - Accent 3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-Accent4">
    <w:name w:val="Medium Grid 1 - Accent 4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-Accent5">
    <w:name w:val="Medium Grid 1 - Accent 5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-Accent6">
    <w:name w:val="Medium Grid 1 - Accent 6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1">
    <w:name w:val="Medium Grid 2 -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2">
    <w:name w:val="Medium Grid 2 -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3">
    <w:name w:val="Medium Grid 2 -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4">
    <w:name w:val="Medium Grid 2 -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5">
    <w:name w:val="Medium Grid 2 -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6">
    <w:name w:val="Medium Grid 2 -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-Accent1">
    <w:name w:val="Medium Grid 3 - Accent 1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-Accent2">
    <w:name w:val="Medium Grid 3 - Accent 2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-Accent3">
    <w:name w:val="Medium Grid 3 - Accent 3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-Accent4">
    <w:name w:val="Medium Grid 3 - Accent 4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-Accent5">
    <w:name w:val="Medium Grid 3 - Accent 5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-Accent6">
    <w:name w:val="Medium Grid 3 - Accent 6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">
    <w:name w:val="Dark List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-Accent1">
    <w:name w:val="Dark List - Accent 1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-Accent2">
    <w:name w:val="Dark List - Accent 2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-Accent3">
    <w:name w:val="Dark List - Accent 3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-Accent4">
    <w:name w:val="Dark List - Accent 4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-Accent5">
    <w:name w:val="Dark List - Accent 5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-Accent6">
    <w:name w:val="Dark List - Accent 6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">
    <w:name w:val="Colorful Shading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">
    <w:name w:val="Colorful List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">
    <w:name w:val="Colorful Grid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f1">
    <w:name w:val="ヘッダー (文字)"/>
    <w:basedOn w:val="a2"/>
    <w:uiPriority w:val="99"/>
    <w:rsid w:val="007108D3"/>
    <w:rPr>
      <w:rFonts w:ascii="ＭＳ 明朝" w:eastAsia="ＭＳ 明朝" w:hAnsi="ＭＳ 明朝" w:cs="ＭＳ 明朝"/>
    </w:rPr>
  </w:style>
  <w:style w:type="character" w:customStyle="1" w:styleId="af2">
    <w:name w:val="フッター (文字)"/>
    <w:basedOn w:val="a2"/>
    <w:uiPriority w:val="99"/>
    <w:rsid w:val="007108D3"/>
    <w:rPr>
      <w:rFonts w:ascii="ＭＳ 明朝" w:eastAsia="ＭＳ 明朝" w:hAnsi="ＭＳ 明朝" w:cs="ＭＳ 明朝"/>
    </w:rPr>
  </w:style>
  <w:style w:type="character" w:customStyle="1" w:styleId="15">
    <w:name w:val="見出し 1 (文字)"/>
    <w:basedOn w:val="a2"/>
    <w:uiPriority w:val="9"/>
    <w:rsid w:val="007108D3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27">
    <w:name w:val="見出し 2 (文字)"/>
    <w:basedOn w:val="a2"/>
    <w:uiPriority w:val="9"/>
    <w:rsid w:val="007108D3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35">
    <w:name w:val="見出し 3 (文字)"/>
    <w:basedOn w:val="a2"/>
    <w:uiPriority w:val="9"/>
    <w:rsid w:val="007108D3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af3">
    <w:name w:val="表題 (文字)"/>
    <w:basedOn w:val="a2"/>
    <w:uiPriority w:val="10"/>
    <w:rsid w:val="00710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4">
    <w:name w:val="副題 (文字)"/>
    <w:basedOn w:val="a2"/>
    <w:uiPriority w:val="11"/>
    <w:rsid w:val="00710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5">
    <w:name w:val="本文 (文字)"/>
    <w:basedOn w:val="a2"/>
    <w:uiPriority w:val="99"/>
    <w:rsid w:val="007108D3"/>
    <w:rPr>
      <w:rFonts w:ascii="ＭＳ 明朝" w:eastAsia="ＭＳ 明朝" w:hAnsi="ＭＳ 明朝" w:cs="ＭＳ 明朝"/>
    </w:rPr>
  </w:style>
  <w:style w:type="character" w:customStyle="1" w:styleId="28">
    <w:name w:val="本文 2 (文字)"/>
    <w:basedOn w:val="a2"/>
    <w:uiPriority w:val="99"/>
    <w:rsid w:val="007108D3"/>
    <w:rPr>
      <w:rFonts w:ascii="ＭＳ 明朝" w:eastAsia="ＭＳ 明朝" w:hAnsi="ＭＳ 明朝" w:cs="ＭＳ 明朝"/>
    </w:rPr>
  </w:style>
  <w:style w:type="character" w:customStyle="1" w:styleId="36">
    <w:name w:val="本文 3 (文字)"/>
    <w:basedOn w:val="a2"/>
    <w:uiPriority w:val="99"/>
    <w:rsid w:val="007108D3"/>
    <w:rPr>
      <w:rFonts w:ascii="ＭＳ 明朝" w:eastAsia="ＭＳ 明朝" w:hAnsi="ＭＳ 明朝" w:cs="ＭＳ 明朝"/>
      <w:sz w:val="16"/>
      <w:szCs w:val="16"/>
    </w:rPr>
  </w:style>
  <w:style w:type="character" w:customStyle="1" w:styleId="af6">
    <w:name w:val="マクロ文字列 (文字)"/>
    <w:basedOn w:val="a2"/>
    <w:uiPriority w:val="99"/>
    <w:rsid w:val="007108D3"/>
    <w:rPr>
      <w:rFonts w:ascii="ＭＳ 明朝" w:eastAsia="ＭＳ 明朝" w:hAnsi="ＭＳ 明朝" w:cs="ＭＳ 明朝"/>
      <w:sz w:val="20"/>
      <w:szCs w:val="20"/>
    </w:rPr>
  </w:style>
  <w:style w:type="character" w:customStyle="1" w:styleId="af7">
    <w:name w:val="引用文 (文字)"/>
    <w:basedOn w:val="a2"/>
    <w:uiPriority w:val="29"/>
    <w:rsid w:val="007108D3"/>
    <w:rPr>
      <w:rFonts w:ascii="ＭＳ 明朝" w:eastAsia="ＭＳ 明朝" w:hAnsi="ＭＳ 明朝" w:cs="ＭＳ 明朝"/>
      <w:i/>
      <w:iCs/>
      <w:color w:val="000000" w:themeColor="text1"/>
    </w:rPr>
  </w:style>
  <w:style w:type="character" w:customStyle="1" w:styleId="41">
    <w:name w:val="見出し 4 (文字)"/>
    <w:basedOn w:val="a2"/>
    <w:uiPriority w:val="9"/>
    <w:semiHidden/>
    <w:rsid w:val="007108D3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51">
    <w:name w:val="見出し 5 (文字)"/>
    <w:basedOn w:val="a2"/>
    <w:uiPriority w:val="9"/>
    <w:semiHidden/>
    <w:rsid w:val="007108D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">
    <w:name w:val="見出し 6 (文字)"/>
    <w:basedOn w:val="a2"/>
    <w:uiPriority w:val="9"/>
    <w:semiHidden/>
    <w:rsid w:val="007108D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">
    <w:name w:val="見出し 7 (文字)"/>
    <w:basedOn w:val="a2"/>
    <w:uiPriority w:val="9"/>
    <w:semiHidden/>
    <w:rsid w:val="007108D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">
    <w:name w:val="見出し 8 (文字)"/>
    <w:basedOn w:val="a2"/>
    <w:uiPriority w:val="9"/>
    <w:semiHidden/>
    <w:rsid w:val="007108D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1">
    <w:name w:val="見出し 9 (文字)"/>
    <w:basedOn w:val="a2"/>
    <w:uiPriority w:val="9"/>
    <w:semiHidden/>
    <w:rsid w:val="007108D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9">
    <w:name w:val="引用文 2 (文字)"/>
    <w:basedOn w:val="a2"/>
    <w:uiPriority w:val="30"/>
    <w:rsid w:val="007108D3"/>
    <w:rPr>
      <w:rFonts w:ascii="ＭＳ 明朝" w:eastAsia="ＭＳ 明朝" w:hAnsi="ＭＳ 明朝" w:cs="ＭＳ 明朝"/>
      <w:i/>
      <w:iCs/>
      <w:color w:val="4F81BD" w:themeColor="accent1"/>
    </w:rPr>
  </w:style>
  <w:style w:type="paragraph" w:styleId="af8">
    <w:name w:val="Note Heading"/>
    <w:basedOn w:val="a1"/>
    <w:next w:val="a1"/>
    <w:link w:val="af9"/>
    <w:uiPriority w:val="99"/>
    <w:unhideWhenUsed/>
    <w:rsid w:val="0003751A"/>
    <w:pPr>
      <w:jc w:val="center"/>
    </w:pPr>
    <w:rPr>
      <w:lang w:eastAsia="ja-JP"/>
    </w:rPr>
  </w:style>
  <w:style w:type="character" w:customStyle="1" w:styleId="af9">
    <w:name w:val="記 (文字)"/>
    <w:basedOn w:val="a2"/>
    <w:link w:val="af8"/>
    <w:uiPriority w:val="99"/>
    <w:rsid w:val="0003751A"/>
    <w:rPr>
      <w:rFonts w:ascii="ＭＳ 明朝" w:eastAsia="ＭＳ 明朝" w:hAnsi="ＭＳ 明朝" w:cs="ＭＳ 明朝"/>
      <w:sz w:val="21"/>
      <w:lang w:eastAsia="ja-JP"/>
    </w:rPr>
  </w:style>
  <w:style w:type="paragraph" w:styleId="afa">
    <w:name w:val="Closing"/>
    <w:basedOn w:val="a1"/>
    <w:link w:val="afb"/>
    <w:uiPriority w:val="99"/>
    <w:unhideWhenUsed/>
    <w:rsid w:val="0003751A"/>
    <w:pPr>
      <w:jc w:val="right"/>
    </w:pPr>
    <w:rPr>
      <w:lang w:eastAsia="ja-JP"/>
    </w:rPr>
  </w:style>
  <w:style w:type="character" w:customStyle="1" w:styleId="afb">
    <w:name w:val="結語 (文字)"/>
    <w:basedOn w:val="a2"/>
    <w:link w:val="afa"/>
    <w:uiPriority w:val="99"/>
    <w:rsid w:val="0003751A"/>
    <w:rPr>
      <w:rFonts w:ascii="ＭＳ 明朝" w:eastAsia="ＭＳ 明朝" w:hAnsi="ＭＳ 明朝" w:cs="ＭＳ 明朝"/>
      <w:sz w:val="2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F81FB37DF1C14C9CE1FFC6A05F8872" ma:contentTypeVersion="16" ma:contentTypeDescription="新しいドキュメントを作成します。" ma:contentTypeScope="" ma:versionID="888f975eae6c5377681ce4eedca4fa86">
  <xsd:schema xmlns:xsd="http://www.w3.org/2001/XMLSchema" xmlns:xs="http://www.w3.org/2001/XMLSchema" xmlns:p="http://schemas.microsoft.com/office/2006/metadata/properties" xmlns:ns1="http://schemas.microsoft.com/sharepoint/v3" xmlns:ns2="b252e89a-34c0-4c96-9f14-c3273292d6fd" xmlns:ns3="6247811e-b09e-4db0-b0e2-20f60e430aaf" targetNamespace="http://schemas.microsoft.com/office/2006/metadata/properties" ma:root="true" ma:fieldsID="846b4b814f43d2f933c4b0454ad9c4e4" ns1:_="" ns2:_="" ns3:_="">
    <xsd:import namespace="http://schemas.microsoft.com/sharepoint/v3"/>
    <xsd:import namespace="b252e89a-34c0-4c96-9f14-c3273292d6fd"/>
    <xsd:import namespace="6247811e-b09e-4db0-b0e2-20f60e430a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2e89a-34c0-4c96-9f14-c3273292d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8839e1b8-f5b0-498a-9da1-3169d63f8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7811e-b09e-4db0-b0e2-20f60e430a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860ec9-f424-4ce2-914e-05990e617a2f}" ma:internalName="TaxCatchAll" ma:showField="CatchAllData" ma:web="6247811e-b09e-4db0-b0e2-20f60e430a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52e89a-34c0-4c96-9f14-c3273292d6f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6247811e-b09e-4db0-b0e2-20f60e430aaf" xsi:nil="true"/>
  </documentManagement>
</p:properties>
</file>

<file path=customXml/itemProps1.xml><?xml version="1.0" encoding="utf-8"?>
<ds:datastoreItem xmlns:ds="http://schemas.openxmlformats.org/officeDocument/2006/customXml" ds:itemID="{93245DBD-F9FD-47B8-B85A-F148EE46C54C}"/>
</file>

<file path=customXml/itemProps2.xml><?xml version="1.0" encoding="utf-8"?>
<ds:datastoreItem xmlns:ds="http://schemas.openxmlformats.org/officeDocument/2006/customXml" ds:itemID="{202CD625-6543-495C-B184-5654D12291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56F2FC-62EA-4DF1-9C94-11742946D6FD}">
  <ds:schemaRefs>
    <ds:schemaRef ds:uri="http://schemas.microsoft.com/office/2006/metadata/properties"/>
    <ds:schemaRef ds:uri="http://schemas.microsoft.com/office/infopath/2007/PartnerControls"/>
    <ds:schemaRef ds:uri="b252e89a-34c0-4c96-9f14-c3273292d6fd"/>
    <ds:schemaRef ds:uri="http://schemas.microsoft.com/sharepoint/v3"/>
    <ds:schemaRef ds:uri="6247811e-b09e-4db0-b0e2-20f60e430a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様式4 質問書</dc:title>
  <dc:subject/>
  <dc:creator>向井　久人</dc:creator>
  <cp:keywords/>
  <dc:description>generated by python-docx</dc:description>
  <cp:lastModifiedBy>向井　久人</cp:lastModifiedBy>
  <cp:revision>40</cp:revision>
  <dcterms:created xsi:type="dcterms:W3CDTF">2026-08-03T10:27:00Z</dcterms:created>
  <dcterms:modified xsi:type="dcterms:W3CDTF">2026-09-15T06:41:00Z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0x0101005BF81FB37DF1C14C9CE1FFC6A05F8872</vt:lpwstr>
  </property>
  <property fmtid="{D5CDD505-2E9C-101B-9397-08002B2CF9AE}" pid="3" name="MediaServiceImageTags">
    <vt:lpwstr/>
  </property>
</Properties>
</file>