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FDF40" w14:textId="77777777" w:rsidR="00A34ABD" w:rsidRPr="007537F3" w:rsidRDefault="000631BA" w:rsidP="00AD23F6">
      <w:pPr>
        <w:spacing w:after="0" w:line="240" w:lineRule="auto"/>
        <w:rPr>
          <w:sz w:val="22"/>
          <w:szCs w:val="24"/>
          <w:lang w:eastAsia="ja-JP"/>
        </w:rPr>
      </w:pPr>
      <w:r w:rsidRPr="007537F3">
        <w:rPr>
          <w:sz w:val="22"/>
          <w:szCs w:val="24"/>
          <w:lang w:eastAsia="ja-JP"/>
        </w:rPr>
        <w:t>様式７</w:t>
      </w:r>
    </w:p>
    <w:p w14:paraId="72E45FC8" w14:textId="77777777" w:rsidR="00A34ABD" w:rsidRPr="007537F3" w:rsidRDefault="000631BA" w:rsidP="00AD23F6">
      <w:pPr>
        <w:spacing w:after="0" w:line="240" w:lineRule="auto"/>
        <w:jc w:val="center"/>
        <w:rPr>
          <w:rFonts w:ascii="ＭＳ ゴシック" w:eastAsia="ＭＳ ゴシック" w:hAnsi="ＭＳ ゴシック"/>
          <w:sz w:val="36"/>
          <w:szCs w:val="28"/>
          <w:lang w:eastAsia="ja-JP"/>
        </w:rPr>
      </w:pPr>
      <w:r w:rsidRPr="007537F3">
        <w:rPr>
          <w:rFonts w:ascii="ＭＳ ゴシック" w:eastAsia="ＭＳ ゴシック" w:hAnsi="ＭＳ ゴシック"/>
          <w:sz w:val="36"/>
          <w:szCs w:val="28"/>
          <w:lang w:eastAsia="ja-JP"/>
        </w:rPr>
        <w:t>提案内容に関する不開示希望部分・理由の疎明書</w:t>
      </w:r>
    </w:p>
    <w:p w14:paraId="520F9498" w14:textId="77777777" w:rsidR="00E25294" w:rsidRPr="007537F3" w:rsidRDefault="00E25294" w:rsidP="00AD23F6">
      <w:pPr>
        <w:spacing w:after="0" w:line="240" w:lineRule="auto"/>
        <w:rPr>
          <w:rFonts w:ascii="ＭＳ ゴシック" w:eastAsia="ＭＳ ゴシック" w:hAnsi="ＭＳ ゴシック"/>
          <w:sz w:val="24"/>
          <w:szCs w:val="28"/>
          <w:lang w:eastAsia="ja-JP"/>
        </w:rPr>
      </w:pPr>
    </w:p>
    <w:tbl>
      <w:tblPr>
        <w:tblStyle w:val="TableNormal"/>
        <w:tblW w:w="14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5386"/>
        <w:gridCol w:w="3118"/>
      </w:tblGrid>
      <w:tr w:rsidR="00FE3617" w:rsidRPr="007537F3" w14:paraId="548470F8" w14:textId="77777777" w:rsidTr="00EB7906">
        <w:trPr>
          <w:trHeight w:val="567"/>
          <w:jc w:val="center"/>
        </w:trPr>
        <w:tc>
          <w:tcPr>
            <w:tcW w:w="6236" w:type="dxa"/>
            <w:gridSpan w:val="2"/>
            <w:vAlign w:val="center"/>
          </w:tcPr>
          <w:p w14:paraId="3E3B6B13" w14:textId="77777777" w:rsidR="00FE3617" w:rsidRPr="007537F3" w:rsidRDefault="00FE3617" w:rsidP="00AD23F6">
            <w:pPr>
              <w:spacing w:after="0" w:line="240" w:lineRule="auto"/>
              <w:ind w:left="1091" w:hangingChars="496" w:hanging="1091"/>
              <w:jc w:val="center"/>
              <w:rPr>
                <w:sz w:val="22"/>
                <w:szCs w:val="24"/>
              </w:rPr>
            </w:pPr>
            <w:r w:rsidRPr="007537F3">
              <w:rPr>
                <w:sz w:val="22"/>
                <w:szCs w:val="24"/>
              </w:rPr>
              <w:t>商号又は名称</w:t>
            </w:r>
          </w:p>
        </w:tc>
        <w:tc>
          <w:tcPr>
            <w:tcW w:w="8504" w:type="dxa"/>
            <w:gridSpan w:val="2"/>
            <w:vAlign w:val="center"/>
          </w:tcPr>
          <w:p w14:paraId="088795A4" w14:textId="77777777" w:rsidR="00FE3617" w:rsidRPr="007537F3" w:rsidRDefault="00FE3617" w:rsidP="00EB7906">
            <w:pPr>
              <w:spacing w:after="0" w:line="240" w:lineRule="auto"/>
              <w:jc w:val="both"/>
              <w:rPr>
                <w:sz w:val="22"/>
                <w:szCs w:val="24"/>
              </w:rPr>
            </w:pPr>
          </w:p>
        </w:tc>
      </w:tr>
      <w:tr w:rsidR="00A34ABD" w:rsidRPr="007537F3" w14:paraId="7F28D73E" w14:textId="77777777" w:rsidTr="00EB7906">
        <w:trPr>
          <w:trHeight w:val="567"/>
          <w:jc w:val="center"/>
        </w:trPr>
        <w:tc>
          <w:tcPr>
            <w:tcW w:w="3118" w:type="dxa"/>
            <w:vAlign w:val="center"/>
          </w:tcPr>
          <w:p w14:paraId="53CF0109" w14:textId="77777777" w:rsidR="00A34ABD" w:rsidRPr="007537F3" w:rsidRDefault="000631BA" w:rsidP="00AD23F6">
            <w:pPr>
              <w:spacing w:after="0" w:line="240" w:lineRule="auto"/>
              <w:jc w:val="center"/>
              <w:rPr>
                <w:sz w:val="22"/>
                <w:szCs w:val="24"/>
                <w:lang w:eastAsia="ja-JP"/>
              </w:rPr>
            </w:pPr>
            <w:r w:rsidRPr="007537F3">
              <w:rPr>
                <w:sz w:val="22"/>
                <w:szCs w:val="24"/>
                <w:lang w:eastAsia="ja-JP"/>
              </w:rPr>
              <w:t>該当の提出書類・ページ等</w:t>
            </w:r>
          </w:p>
        </w:tc>
        <w:tc>
          <w:tcPr>
            <w:tcW w:w="3118" w:type="dxa"/>
            <w:vAlign w:val="center"/>
          </w:tcPr>
          <w:p w14:paraId="4767ABD5" w14:textId="77777777" w:rsidR="00A34ABD" w:rsidRPr="007537F3" w:rsidRDefault="000631BA" w:rsidP="00AD23F6">
            <w:pPr>
              <w:spacing w:after="0" w:line="240" w:lineRule="auto"/>
              <w:jc w:val="center"/>
              <w:rPr>
                <w:sz w:val="22"/>
                <w:szCs w:val="24"/>
                <w:lang w:eastAsia="ja-JP"/>
              </w:rPr>
            </w:pPr>
            <w:r w:rsidRPr="007537F3">
              <w:rPr>
                <w:sz w:val="22"/>
                <w:szCs w:val="24"/>
                <w:lang w:eastAsia="ja-JP"/>
              </w:rPr>
              <w:t>不開示を希望する部分</w:t>
            </w:r>
          </w:p>
        </w:tc>
        <w:tc>
          <w:tcPr>
            <w:tcW w:w="5386" w:type="dxa"/>
            <w:vAlign w:val="center"/>
          </w:tcPr>
          <w:p w14:paraId="6F37E3FE" w14:textId="77777777" w:rsidR="00A34ABD" w:rsidRPr="007537F3" w:rsidRDefault="000631BA" w:rsidP="00AD23F6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537F3">
              <w:rPr>
                <w:sz w:val="22"/>
                <w:szCs w:val="24"/>
              </w:rPr>
              <w:t>具体的な理由</w:t>
            </w:r>
          </w:p>
        </w:tc>
        <w:tc>
          <w:tcPr>
            <w:tcW w:w="3118" w:type="dxa"/>
            <w:vAlign w:val="center"/>
          </w:tcPr>
          <w:p w14:paraId="4E326A67" w14:textId="77777777" w:rsidR="00A34ABD" w:rsidRPr="007537F3" w:rsidRDefault="000631BA" w:rsidP="00AD23F6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537F3">
              <w:rPr>
                <w:sz w:val="22"/>
                <w:szCs w:val="24"/>
              </w:rPr>
              <w:t>目黒区情報公開条例根拠</w:t>
            </w:r>
          </w:p>
        </w:tc>
      </w:tr>
      <w:tr w:rsidR="00A34ABD" w:rsidRPr="007537F3" w14:paraId="3AC30A8B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5CD65FF4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72C0C5A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5FE2A412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4BD3C67" w14:textId="77777777" w:rsidR="00A34ABD" w:rsidRPr="007537F3" w:rsidRDefault="000631BA" w:rsidP="00AD23F6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7537F3">
              <w:rPr>
                <w:sz w:val="22"/>
                <w:szCs w:val="24"/>
              </w:rPr>
              <w:t>第７条　　号</w:t>
            </w:r>
          </w:p>
        </w:tc>
      </w:tr>
      <w:tr w:rsidR="00A34ABD" w:rsidRPr="007537F3" w14:paraId="4B4FBB7C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67784924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C9AD155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2A5D68E5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C8DE9D0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  <w:tr w:rsidR="00A34ABD" w:rsidRPr="007537F3" w14:paraId="0B55F108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4CD8659A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4BEB1D1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42B875D8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98DADEB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  <w:tr w:rsidR="00A34ABD" w:rsidRPr="007537F3" w14:paraId="16F339A3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7B0C7F84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984F353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6C77811B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FA0CD5D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  <w:tr w:rsidR="00A34ABD" w:rsidRPr="007537F3" w14:paraId="3A4EC65B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0BF6D552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762599F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3314F065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5571F0B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  <w:tr w:rsidR="00A34ABD" w:rsidRPr="007537F3" w14:paraId="3D95C5BA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7B1C7755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E1AF5C3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3B52F34F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84D03C0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  <w:tr w:rsidR="00A34ABD" w:rsidRPr="007537F3" w14:paraId="6C008544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35CF367B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6969D237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1BB27767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89B61B8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  <w:tr w:rsidR="00A34ABD" w:rsidRPr="007537F3" w14:paraId="16AAF561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6B056F19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A83F36A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431E018C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12E421B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  <w:tr w:rsidR="00A34ABD" w:rsidRPr="007537F3" w14:paraId="09178BED" w14:textId="77777777" w:rsidTr="00EB7906">
        <w:trPr>
          <w:trHeight w:val="680"/>
          <w:jc w:val="center"/>
        </w:trPr>
        <w:tc>
          <w:tcPr>
            <w:tcW w:w="3118" w:type="dxa"/>
            <w:vAlign w:val="center"/>
          </w:tcPr>
          <w:p w14:paraId="37944F8C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FBC885F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0EC88E8A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F10F86F" w14:textId="77777777" w:rsidR="00A34ABD" w:rsidRPr="007537F3" w:rsidRDefault="00A34ABD" w:rsidP="00AD23F6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</w:tbl>
    <w:p w14:paraId="675FAF27" w14:textId="77777777" w:rsidR="00A34ABD" w:rsidRPr="007537F3" w:rsidRDefault="000631BA" w:rsidP="006D5704">
      <w:pPr>
        <w:spacing w:after="0" w:line="240" w:lineRule="auto"/>
        <w:rPr>
          <w:sz w:val="22"/>
          <w:szCs w:val="24"/>
          <w:lang w:eastAsia="ja-JP"/>
        </w:rPr>
      </w:pPr>
      <w:r w:rsidRPr="007537F3">
        <w:rPr>
          <w:sz w:val="22"/>
          <w:szCs w:val="24"/>
          <w:lang w:eastAsia="ja-JP"/>
        </w:rPr>
        <w:t>※不開示を希望する部分がない場合は、提出不要です。</w:t>
      </w:r>
    </w:p>
    <w:p w14:paraId="5CCF63E0" w14:textId="77777777" w:rsidR="00A34ABD" w:rsidRPr="007537F3" w:rsidRDefault="000631BA" w:rsidP="006D5704">
      <w:pPr>
        <w:spacing w:after="0" w:line="240" w:lineRule="auto"/>
        <w:rPr>
          <w:sz w:val="22"/>
          <w:szCs w:val="24"/>
          <w:lang w:eastAsia="ja-JP"/>
        </w:rPr>
      </w:pPr>
      <w:r w:rsidRPr="007537F3">
        <w:rPr>
          <w:sz w:val="22"/>
          <w:szCs w:val="24"/>
          <w:lang w:eastAsia="ja-JP"/>
        </w:rPr>
        <w:t>※行が不足する場合は、任意に追加してください。</w:t>
      </w:r>
    </w:p>
    <w:p w14:paraId="1B377A1E" w14:textId="77777777" w:rsidR="00A34ABD" w:rsidRDefault="000631BA" w:rsidP="006D5704">
      <w:pPr>
        <w:spacing w:after="0" w:line="240" w:lineRule="auto"/>
        <w:rPr>
          <w:sz w:val="22"/>
          <w:szCs w:val="24"/>
          <w:lang w:eastAsia="ja-JP"/>
        </w:rPr>
      </w:pPr>
      <w:r w:rsidRPr="007537F3">
        <w:rPr>
          <w:sz w:val="22"/>
          <w:szCs w:val="24"/>
          <w:lang w:eastAsia="ja-JP"/>
        </w:rPr>
        <w:t>※開示又は不開示の最終的な判断は、目黒区が同条例に基づき行います。</w:t>
      </w:r>
    </w:p>
    <w:p w14:paraId="719EEA43" w14:textId="77777777" w:rsidR="00E9195B" w:rsidRDefault="00E9195B" w:rsidP="006D5704">
      <w:pPr>
        <w:spacing w:after="0" w:line="240" w:lineRule="auto"/>
        <w:rPr>
          <w:sz w:val="22"/>
          <w:szCs w:val="24"/>
          <w:lang w:eastAsia="ja-JP"/>
        </w:rPr>
      </w:pPr>
    </w:p>
    <w:p w14:paraId="472D4ADB" w14:textId="5A130413" w:rsidR="007E479B" w:rsidRPr="007537F3" w:rsidRDefault="00E9195B" w:rsidP="007E479B">
      <w:pPr>
        <w:spacing w:after="0" w:line="240" w:lineRule="auto"/>
        <w:jc w:val="center"/>
        <w:rPr>
          <w:rFonts w:hint="eastAsia"/>
          <w:sz w:val="22"/>
          <w:szCs w:val="24"/>
          <w:lang w:eastAsia="ja-JP"/>
        </w:rPr>
      </w:pPr>
      <w:r>
        <w:rPr>
          <w:rFonts w:hint="eastAsia"/>
          <w:sz w:val="22"/>
          <w:szCs w:val="24"/>
          <w:lang w:eastAsia="ja-JP"/>
        </w:rPr>
        <w:t>以　　　上</w:t>
      </w:r>
    </w:p>
    <w:sectPr w:rsidR="007E479B" w:rsidRPr="007537F3" w:rsidSect="000C73A3">
      <w:pgSz w:w="16838" w:h="11906" w:orient="landscape" w:code="9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D2E8E" w14:textId="77777777" w:rsidR="004E5FE0" w:rsidRDefault="004E5FE0">
      <w:pPr>
        <w:spacing w:after="0" w:line="240" w:lineRule="auto"/>
      </w:pPr>
      <w:r>
        <w:separator/>
      </w:r>
    </w:p>
  </w:endnote>
  <w:endnote w:type="continuationSeparator" w:id="0">
    <w:p w14:paraId="7A981CE8" w14:textId="77777777" w:rsidR="004E5FE0" w:rsidRDefault="004E5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FF6E" w14:textId="77777777" w:rsidR="004E5FE0" w:rsidRDefault="004E5FE0">
      <w:pPr>
        <w:spacing w:after="0" w:line="240" w:lineRule="auto"/>
      </w:pPr>
      <w:r>
        <w:separator/>
      </w:r>
    </w:p>
  </w:footnote>
  <w:footnote w:type="continuationSeparator" w:id="0">
    <w:p w14:paraId="1A74173A" w14:textId="77777777" w:rsidR="004E5FE0" w:rsidRDefault="004E5F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0473449">
    <w:abstractNumId w:val="3"/>
  </w:num>
  <w:num w:numId="2" w16cid:durableId="146870371">
    <w:abstractNumId w:val="7"/>
  </w:num>
  <w:num w:numId="3" w16cid:durableId="1912349470">
    <w:abstractNumId w:val="5"/>
  </w:num>
  <w:num w:numId="4" w16cid:durableId="2142797198">
    <w:abstractNumId w:val="4"/>
  </w:num>
  <w:num w:numId="5" w16cid:durableId="341395834">
    <w:abstractNumId w:val="2"/>
  </w:num>
  <w:num w:numId="6" w16cid:durableId="392311645">
    <w:abstractNumId w:val="6"/>
  </w:num>
  <w:num w:numId="7" w16cid:durableId="685179458">
    <w:abstractNumId w:val="0"/>
  </w:num>
  <w:num w:numId="8" w16cid:durableId="891618057">
    <w:abstractNumId w:val="1"/>
  </w:num>
  <w:num w:numId="9" w16cid:durableId="935968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9CA"/>
    <w:rsid w:val="00034616"/>
    <w:rsid w:val="0006063C"/>
    <w:rsid w:val="000631BA"/>
    <w:rsid w:val="000C0FA6"/>
    <w:rsid w:val="000C73A3"/>
    <w:rsid w:val="00127C51"/>
    <w:rsid w:val="00143D2F"/>
    <w:rsid w:val="0015074B"/>
    <w:rsid w:val="001E6CB4"/>
    <w:rsid w:val="00284078"/>
    <w:rsid w:val="00285794"/>
    <w:rsid w:val="0029639D"/>
    <w:rsid w:val="002D3E72"/>
    <w:rsid w:val="00326F90"/>
    <w:rsid w:val="00385A2B"/>
    <w:rsid w:val="003E2FCD"/>
    <w:rsid w:val="004452C0"/>
    <w:rsid w:val="00484FE3"/>
    <w:rsid w:val="00492DA8"/>
    <w:rsid w:val="004E5FE0"/>
    <w:rsid w:val="0050014C"/>
    <w:rsid w:val="005842DB"/>
    <w:rsid w:val="006D5704"/>
    <w:rsid w:val="0074031F"/>
    <w:rsid w:val="007537F3"/>
    <w:rsid w:val="007E479B"/>
    <w:rsid w:val="008376FD"/>
    <w:rsid w:val="0092688B"/>
    <w:rsid w:val="009914A9"/>
    <w:rsid w:val="0099230F"/>
    <w:rsid w:val="009E4211"/>
    <w:rsid w:val="00A34ABD"/>
    <w:rsid w:val="00A403AA"/>
    <w:rsid w:val="00AA1D8D"/>
    <w:rsid w:val="00AD23F6"/>
    <w:rsid w:val="00B01E9C"/>
    <w:rsid w:val="00B12B75"/>
    <w:rsid w:val="00B47730"/>
    <w:rsid w:val="00B81E48"/>
    <w:rsid w:val="00BA2BF8"/>
    <w:rsid w:val="00CB0664"/>
    <w:rsid w:val="00D96302"/>
    <w:rsid w:val="00E25294"/>
    <w:rsid w:val="00E9195B"/>
    <w:rsid w:val="00EB7906"/>
    <w:rsid w:val="00ED7464"/>
    <w:rsid w:val="00EF6FC4"/>
    <w:rsid w:val="00F46FF8"/>
    <w:rsid w:val="00FC693F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62061"/>
  <w14:defaultImageDpi w14:val="330"/>
  <w15:docId w15:val="{9540533F-52DB-4C39-944E-8A7272C5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2" w:lineRule="auto"/>
    </w:pPr>
    <w:rPr>
      <w:rFonts w:ascii="ＭＳ 明朝" w:eastAsia="ＭＳ 明朝" w:hAnsi="ＭＳ 明朝" w:cs="ＭＳ 明朝"/>
      <w:sz w:val="21"/>
    </w:rPr>
  </w:style>
  <w:style w:type="paragraph" w:styleId="1">
    <w:name w:val="heading 1"/>
    <w:basedOn w:val="a1"/>
    <w:next w:val="a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31">
    <w:name w:val="heading 3"/>
    <w:basedOn w:val="a1"/>
    <w:next w:val="a1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C693F"/>
    <w:pPr>
      <w:spacing w:after="0" w:line="240" w:lineRule="auto"/>
    </w:pPr>
    <w:rPr>
      <w:rFonts w:ascii="ＭＳ 明朝" w:eastAsia="ＭＳ 明朝" w:hAnsi="ＭＳ 明朝" w:cs="ＭＳ 明朝"/>
    </w:rPr>
  </w:style>
  <w:style w:type="paragraph" w:styleId="a6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7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2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2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9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6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1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a8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3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3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9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color w:val="4F81BD" w:themeColor="accent1"/>
      <w:sz w:val="18"/>
      <w:szCs w:val="18"/>
    </w:rPr>
  </w:style>
  <w:style w:type="character" w:styleId="aa">
    <w:name w:val="Strong"/>
    <w:basedOn w:val="a2"/>
    <w:uiPriority w:val="22"/>
    <w:qFormat/>
    <w:rsid w:val="00FC693F"/>
    <w:rPr>
      <w:rFonts w:ascii="ＭＳ 明朝" w:eastAsia="ＭＳ 明朝" w:hAnsi="ＭＳ 明朝" w:cs="ＭＳ 明朝"/>
    </w:rPr>
  </w:style>
  <w:style w:type="character" w:styleId="ab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character" w:styleId="ac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4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i/>
      <w:iCs/>
      <w:color w:val="4F81BD" w:themeColor="accent1"/>
    </w:rPr>
  </w:style>
  <w:style w:type="character" w:styleId="ad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5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smallCaps/>
      <w:color w:val="C0504D" w:themeColor="accent2"/>
      <w:spacing w:val="5"/>
      <w:u w:val="single"/>
    </w:rPr>
  </w:style>
  <w:style w:type="character" w:styleId="ae">
    <w:name w:val="Book Title"/>
    <w:basedOn w:val="a2"/>
    <w:uiPriority w:val="33"/>
    <w:qFormat/>
    <w:rsid w:val="00FC693F"/>
    <w:rPr>
      <w:rFonts w:ascii="ＭＳ 明朝" w:eastAsia="ＭＳ 明朝" w:hAnsi="ＭＳ 明朝" w:cs="ＭＳ 明朝"/>
      <w:smallCaps/>
      <w:spacing w:val="5"/>
    </w:rPr>
  </w:style>
  <w:style w:type="paragraph" w:styleId="a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ＭＳ 明朝" w:eastAsia="ＭＳ 明朝" w:hAnsi="ＭＳ 明朝" w:cs="ＭＳ 明朝"/>
    </w:rPr>
  </w:style>
  <w:style w:type="table" w:styleId="af0">
    <w:name w:val="Table Grid"/>
    <w:basedOn w:val="TableNormal"/>
    <w:uiPriority w:val="59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Light Shading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6">
    <w:name w:val="Light List"/>
    <w:basedOn w:val="TableNormal"/>
    <w:uiPriority w:val="61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4">
    <w:name w:val="Light Grid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0">
    <w:name w:val="Medium Shading 1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0">
    <w:name w:val="Medium Shading 2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0">
    <w:name w:val="Medium List 1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0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Grid 1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">
    <w:name w:val="Dark List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">
    <w:name w:val="Colorful Shading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">
    <w:name w:val="Colorful List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">
    <w:name w:val="Colorful Grid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1">
    <w:name w:val="ヘッダー (文字)"/>
    <w:basedOn w:val="a2"/>
    <w:uiPriority w:val="99"/>
    <w:rsid w:val="00B81E48"/>
    <w:rPr>
      <w:rFonts w:ascii="ＭＳ 明朝" w:eastAsia="ＭＳ 明朝" w:hAnsi="ＭＳ 明朝" w:cs="ＭＳ 明朝"/>
    </w:rPr>
  </w:style>
  <w:style w:type="character" w:customStyle="1" w:styleId="af2">
    <w:name w:val="フッター (文字)"/>
    <w:basedOn w:val="a2"/>
    <w:uiPriority w:val="99"/>
    <w:rsid w:val="00B81E48"/>
    <w:rPr>
      <w:rFonts w:ascii="ＭＳ 明朝" w:eastAsia="ＭＳ 明朝" w:hAnsi="ＭＳ 明朝" w:cs="ＭＳ 明朝"/>
    </w:rPr>
  </w:style>
  <w:style w:type="character" w:customStyle="1" w:styleId="15">
    <w:name w:val="見出し 1 (文字)"/>
    <w:basedOn w:val="a2"/>
    <w:uiPriority w:val="9"/>
    <w:rsid w:val="00B81E48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27">
    <w:name w:val="見出し 2 (文字)"/>
    <w:basedOn w:val="a2"/>
    <w:uiPriority w:val="9"/>
    <w:rsid w:val="00B81E48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35">
    <w:name w:val="見出し 3 (文字)"/>
    <w:basedOn w:val="a2"/>
    <w:uiPriority w:val="9"/>
    <w:rsid w:val="00B81E48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af3">
    <w:name w:val="表題 (文字)"/>
    <w:basedOn w:val="a2"/>
    <w:uiPriority w:val="10"/>
    <w:rsid w:val="00B81E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4">
    <w:name w:val="副題 (文字)"/>
    <w:basedOn w:val="a2"/>
    <w:uiPriority w:val="11"/>
    <w:rsid w:val="00B81E4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本文 (文字)"/>
    <w:basedOn w:val="a2"/>
    <w:uiPriority w:val="99"/>
    <w:rsid w:val="00B81E48"/>
    <w:rPr>
      <w:rFonts w:ascii="ＭＳ 明朝" w:eastAsia="ＭＳ 明朝" w:hAnsi="ＭＳ 明朝" w:cs="ＭＳ 明朝"/>
    </w:rPr>
  </w:style>
  <w:style w:type="character" w:customStyle="1" w:styleId="28">
    <w:name w:val="本文 2 (文字)"/>
    <w:basedOn w:val="a2"/>
    <w:uiPriority w:val="99"/>
    <w:rsid w:val="00B81E48"/>
    <w:rPr>
      <w:rFonts w:ascii="ＭＳ 明朝" w:eastAsia="ＭＳ 明朝" w:hAnsi="ＭＳ 明朝" w:cs="ＭＳ 明朝"/>
    </w:rPr>
  </w:style>
  <w:style w:type="character" w:customStyle="1" w:styleId="36">
    <w:name w:val="本文 3 (文字)"/>
    <w:basedOn w:val="a2"/>
    <w:uiPriority w:val="99"/>
    <w:rsid w:val="00B81E48"/>
    <w:rPr>
      <w:rFonts w:ascii="ＭＳ 明朝" w:eastAsia="ＭＳ 明朝" w:hAnsi="ＭＳ 明朝" w:cs="ＭＳ 明朝"/>
      <w:sz w:val="16"/>
      <w:szCs w:val="16"/>
    </w:rPr>
  </w:style>
  <w:style w:type="character" w:customStyle="1" w:styleId="af6">
    <w:name w:val="マクロ文字列 (文字)"/>
    <w:basedOn w:val="a2"/>
    <w:uiPriority w:val="99"/>
    <w:rsid w:val="00B81E48"/>
    <w:rPr>
      <w:rFonts w:ascii="ＭＳ 明朝" w:eastAsia="ＭＳ 明朝" w:hAnsi="ＭＳ 明朝" w:cs="ＭＳ 明朝"/>
      <w:sz w:val="20"/>
      <w:szCs w:val="20"/>
    </w:rPr>
  </w:style>
  <w:style w:type="character" w:customStyle="1" w:styleId="af7">
    <w:name w:val="引用文 (文字)"/>
    <w:basedOn w:val="a2"/>
    <w:uiPriority w:val="29"/>
    <w:rsid w:val="00B81E48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1">
    <w:name w:val="見出し 4 (文字)"/>
    <w:basedOn w:val="a2"/>
    <w:uiPriority w:val="9"/>
    <w:semiHidden/>
    <w:rsid w:val="00B81E48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51">
    <w:name w:val="見出し 5 (文字)"/>
    <w:basedOn w:val="a2"/>
    <w:uiPriority w:val="9"/>
    <w:semiHidden/>
    <w:rsid w:val="00B81E4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">
    <w:name w:val="見出し 6 (文字)"/>
    <w:basedOn w:val="a2"/>
    <w:uiPriority w:val="9"/>
    <w:semiHidden/>
    <w:rsid w:val="00B81E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">
    <w:name w:val="見出し 7 (文字)"/>
    <w:basedOn w:val="a2"/>
    <w:uiPriority w:val="9"/>
    <w:semiHidden/>
    <w:rsid w:val="00B81E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見出し 8 (文字)"/>
    <w:basedOn w:val="a2"/>
    <w:uiPriority w:val="9"/>
    <w:semiHidden/>
    <w:rsid w:val="00B81E4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1">
    <w:name w:val="見出し 9 (文字)"/>
    <w:basedOn w:val="a2"/>
    <w:uiPriority w:val="9"/>
    <w:semiHidden/>
    <w:rsid w:val="00B81E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9">
    <w:name w:val="引用文 2 (文字)"/>
    <w:basedOn w:val="a2"/>
    <w:uiPriority w:val="30"/>
    <w:rsid w:val="00B81E48"/>
    <w:rPr>
      <w:rFonts w:ascii="ＭＳ 明朝" w:eastAsia="ＭＳ 明朝" w:hAnsi="ＭＳ 明朝" w:cs="ＭＳ 明朝"/>
      <w:i/>
      <w:iCs/>
      <w:color w:val="4F81BD" w:themeColor="accent1"/>
    </w:rPr>
  </w:style>
  <w:style w:type="paragraph" w:styleId="af8">
    <w:name w:val="Closing"/>
    <w:basedOn w:val="a1"/>
    <w:link w:val="af9"/>
    <w:uiPriority w:val="99"/>
    <w:unhideWhenUsed/>
    <w:rsid w:val="007E479B"/>
    <w:pPr>
      <w:jc w:val="right"/>
    </w:pPr>
    <w:rPr>
      <w:sz w:val="22"/>
      <w:szCs w:val="24"/>
      <w:lang w:eastAsia="ja-JP"/>
    </w:rPr>
  </w:style>
  <w:style w:type="character" w:customStyle="1" w:styleId="af9">
    <w:name w:val="結語 (文字)"/>
    <w:basedOn w:val="a2"/>
    <w:link w:val="af8"/>
    <w:uiPriority w:val="99"/>
    <w:rsid w:val="007E479B"/>
    <w:rPr>
      <w:rFonts w:ascii="ＭＳ 明朝" w:eastAsia="ＭＳ 明朝" w:hAnsi="ＭＳ 明朝" w:cs="ＭＳ 明朝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52e89a-34c0-4c96-9f14-c3273292d6f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6247811e-b09e-4db0-b0e2-20f60e430aa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F81FB37DF1C14C9CE1FFC6A05F8872" ma:contentTypeVersion="16" ma:contentTypeDescription="新しいドキュメントを作成します。" ma:contentTypeScope="" ma:versionID="888f975eae6c5377681ce4eedca4fa86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846b4b814f43d2f933c4b0454ad9c4e4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860ec9-f424-4ce2-914e-05990e617a2f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DD5FDD-9E74-4288-8C0A-4B969A47375B}">
  <ds:schemaRefs>
    <ds:schemaRef ds:uri="http://schemas.microsoft.com/office/2006/metadata/properties"/>
    <ds:schemaRef ds:uri="http://schemas.microsoft.com/office/infopath/2007/PartnerControls"/>
    <ds:schemaRef ds:uri="b252e89a-34c0-4c96-9f14-c3273292d6fd"/>
    <ds:schemaRef ds:uri="http://schemas.microsoft.com/sharepoint/v3"/>
    <ds:schemaRef ds:uri="6247811e-b09e-4db0-b0e2-20f60e430aaf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2C70EA-EC77-4669-84F4-1EC0E5F1B48F}"/>
</file>

<file path=customXml/itemProps4.xml><?xml version="1.0" encoding="utf-8"?>
<ds:datastoreItem xmlns:ds="http://schemas.openxmlformats.org/officeDocument/2006/customXml" ds:itemID="{8056454E-C933-4A66-BFD8-52E18E9CFF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様式7 疎明書</vt:lpstr>
      <vt:lpstr/>
    </vt:vector>
  </TitlesOfParts>
  <Manager/>
  <Company/>
  <LinksUpToDate>false</LinksUpToDate>
  <CharactersWithSpaces>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様式7 疎明書</dc:title>
  <dc:subject/>
  <dc:creator>向井　久人</dc:creator>
  <cp:keywords/>
  <dc:description>generated by python-docx</dc:description>
  <cp:lastModifiedBy>向井　久人</cp:lastModifiedBy>
  <cp:revision>31</cp:revision>
  <dcterms:created xsi:type="dcterms:W3CDTF">2026-08-03T10:28:00Z</dcterms:created>
  <dcterms:modified xsi:type="dcterms:W3CDTF">2026-08-20T04:54:00Z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  <property fmtid="{D5CDD505-2E9C-101B-9397-08002B2CF9AE}" pid="3" name="MediaServiceImageTags">
    <vt:lpwstr/>
  </property>
</Properties>
</file>