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4CCFB" w14:textId="77777777" w:rsidR="000A18E3" w:rsidRPr="00E557CF" w:rsidRDefault="00AC595A" w:rsidP="003B7305">
      <w:pPr>
        <w:spacing w:after="0" w:line="240" w:lineRule="auto"/>
        <w:rPr>
          <w:sz w:val="22"/>
          <w:szCs w:val="24"/>
        </w:rPr>
      </w:pPr>
      <w:r w:rsidRPr="00E557CF">
        <w:rPr>
          <w:sz w:val="22"/>
          <w:szCs w:val="24"/>
        </w:rPr>
        <w:t>様式８</w:t>
      </w:r>
    </w:p>
    <w:p w14:paraId="08D8B8CA" w14:textId="77E22281" w:rsidR="000A18E3" w:rsidRPr="00E557CF" w:rsidRDefault="00AC595A" w:rsidP="00C533CA">
      <w:pPr>
        <w:wordWrap w:val="0"/>
        <w:spacing w:after="0" w:line="240" w:lineRule="auto"/>
        <w:jc w:val="right"/>
        <w:rPr>
          <w:sz w:val="22"/>
          <w:szCs w:val="24"/>
        </w:rPr>
      </w:pPr>
      <w:r w:rsidRPr="00E557CF">
        <w:rPr>
          <w:sz w:val="22"/>
          <w:szCs w:val="24"/>
        </w:rPr>
        <w:t>令和　　年　　月　　日</w:t>
      </w:r>
      <w:r w:rsidR="00C533CA">
        <w:rPr>
          <w:rFonts w:hint="eastAsia"/>
          <w:sz w:val="22"/>
          <w:szCs w:val="24"/>
          <w:lang w:eastAsia="ja-JP"/>
        </w:rPr>
        <w:t xml:space="preserve">　</w:t>
      </w:r>
    </w:p>
    <w:p w14:paraId="2B332477" w14:textId="77777777" w:rsidR="00AA4461" w:rsidRPr="00E557CF" w:rsidRDefault="00AA4461" w:rsidP="003B7305">
      <w:pPr>
        <w:spacing w:after="0" w:line="240" w:lineRule="auto"/>
        <w:rPr>
          <w:sz w:val="22"/>
          <w:szCs w:val="24"/>
          <w:lang w:eastAsia="ja-JP"/>
        </w:rPr>
      </w:pPr>
    </w:p>
    <w:p w14:paraId="7D35DDBE" w14:textId="6502D37E" w:rsidR="000A18E3" w:rsidRPr="00E557CF" w:rsidRDefault="00AC595A" w:rsidP="003B7305">
      <w:pPr>
        <w:spacing w:after="0" w:line="240" w:lineRule="auto"/>
        <w:ind w:firstLineChars="100" w:firstLine="220"/>
        <w:rPr>
          <w:sz w:val="22"/>
          <w:szCs w:val="24"/>
          <w:lang w:eastAsia="ja-JP"/>
        </w:rPr>
      </w:pPr>
      <w:r w:rsidRPr="00E557CF">
        <w:rPr>
          <w:sz w:val="22"/>
          <w:szCs w:val="24"/>
          <w:lang w:eastAsia="ja-JP"/>
        </w:rPr>
        <w:t>目黒区放置自転車対策業務委託事業者選定委員会　宛て</w:t>
      </w:r>
    </w:p>
    <w:p w14:paraId="5C540D5C" w14:textId="77777777" w:rsidR="00AA4461" w:rsidRDefault="00AA4461" w:rsidP="003B7305">
      <w:pPr>
        <w:spacing w:after="0" w:line="240" w:lineRule="auto"/>
        <w:rPr>
          <w:sz w:val="22"/>
          <w:szCs w:val="24"/>
          <w:lang w:eastAsia="ja-JP"/>
        </w:rPr>
      </w:pPr>
    </w:p>
    <w:p w14:paraId="36589668" w14:textId="77777777" w:rsidR="00EF64CF" w:rsidRPr="00E557CF" w:rsidRDefault="00EF64CF" w:rsidP="003B7305">
      <w:pPr>
        <w:spacing w:after="0" w:line="240" w:lineRule="auto"/>
        <w:rPr>
          <w:sz w:val="22"/>
          <w:szCs w:val="24"/>
          <w:lang w:eastAsia="ja-JP"/>
        </w:rPr>
      </w:pPr>
    </w:p>
    <w:p w14:paraId="3E64CC16" w14:textId="49D89B6B" w:rsidR="00D501AC" w:rsidRPr="00E557CF" w:rsidRDefault="00D501AC" w:rsidP="003B7305">
      <w:pPr>
        <w:autoSpaceDE w:val="0"/>
        <w:autoSpaceDN w:val="0"/>
        <w:adjustRightInd w:val="0"/>
        <w:spacing w:after="0" w:line="240" w:lineRule="auto"/>
        <w:ind w:leftChars="2632" w:left="5527"/>
        <w:jc w:val="both"/>
        <w:rPr>
          <w:rFonts w:cs="ＭＳ明朝"/>
          <w:sz w:val="22"/>
          <w:u w:val="single"/>
          <w:lang w:eastAsia="ja-JP"/>
        </w:rPr>
      </w:pPr>
      <w:r w:rsidRPr="00E557CF">
        <w:rPr>
          <w:rFonts w:cs="ＭＳ明朝"/>
          <w:sz w:val="22"/>
          <w:u w:val="single"/>
          <w:lang w:eastAsia="ja-JP"/>
        </w:rPr>
        <w:t>商号又は名称</w:t>
      </w:r>
      <w:r w:rsidR="009B4CFC" w:rsidRPr="00E557CF">
        <w:rPr>
          <w:rFonts w:cs="ＭＳ明朝" w:hint="eastAsia"/>
          <w:sz w:val="22"/>
          <w:u w:val="single"/>
          <w:lang w:eastAsia="ja-JP"/>
        </w:rPr>
        <w:t>：</w:t>
      </w:r>
      <w:r w:rsidR="00C6016B" w:rsidRPr="00E557CF">
        <w:rPr>
          <w:rFonts w:cs="ＭＳ明朝" w:hint="eastAsia"/>
          <w:sz w:val="22"/>
          <w:u w:val="single"/>
          <w:lang w:eastAsia="ja-JP"/>
        </w:rPr>
        <w:t xml:space="preserve">　　　　　　　　　　　　</w:t>
      </w:r>
    </w:p>
    <w:p w14:paraId="3BF64A4C" w14:textId="15CF24E6" w:rsidR="00D501AC" w:rsidRPr="00E557CF" w:rsidRDefault="00D501AC" w:rsidP="003B7305">
      <w:pPr>
        <w:autoSpaceDE w:val="0"/>
        <w:autoSpaceDN w:val="0"/>
        <w:adjustRightInd w:val="0"/>
        <w:spacing w:after="0" w:line="240" w:lineRule="auto"/>
        <w:ind w:leftChars="2632" w:left="5527"/>
        <w:jc w:val="both"/>
        <w:rPr>
          <w:rFonts w:cs="ＭＳ明朝"/>
          <w:sz w:val="22"/>
          <w:u w:val="single"/>
          <w:lang w:eastAsia="ja-JP"/>
        </w:rPr>
      </w:pPr>
      <w:r w:rsidRPr="00E351E9">
        <w:rPr>
          <w:rFonts w:cs="ＭＳ明朝"/>
          <w:spacing w:val="330"/>
          <w:sz w:val="22"/>
          <w:u w:val="single"/>
          <w:fitText w:val="1320" w:id="-391951614"/>
        </w:rPr>
        <w:t>所在</w:t>
      </w:r>
      <w:r w:rsidRPr="00E351E9">
        <w:rPr>
          <w:rFonts w:cs="ＭＳ明朝"/>
          <w:sz w:val="22"/>
          <w:u w:val="single"/>
          <w:fitText w:val="1320" w:id="-391951614"/>
        </w:rPr>
        <w:t>地</w:t>
      </w:r>
      <w:r w:rsidRPr="00E557CF">
        <w:rPr>
          <w:rFonts w:cs="ＭＳ明朝"/>
          <w:sz w:val="22"/>
          <w:u w:val="single"/>
        </w:rPr>
        <w:t xml:space="preserve">：　　　　　　　　　　　　</w:t>
      </w:r>
    </w:p>
    <w:p w14:paraId="728D2B6F" w14:textId="46C75AE7" w:rsidR="00D501AC" w:rsidRPr="00E557CF" w:rsidRDefault="00D501AC" w:rsidP="003B7305">
      <w:pPr>
        <w:autoSpaceDE w:val="0"/>
        <w:autoSpaceDN w:val="0"/>
        <w:adjustRightInd w:val="0"/>
        <w:spacing w:after="0" w:line="240" w:lineRule="auto"/>
        <w:ind w:leftChars="2632" w:left="5527" w:rightChars="-1" w:right="-2"/>
        <w:jc w:val="both"/>
        <w:rPr>
          <w:rFonts w:cs="TT6134941CtCID"/>
          <w:sz w:val="22"/>
          <w:u w:val="single"/>
          <w:lang w:eastAsia="ja-JP"/>
        </w:rPr>
      </w:pPr>
      <w:r w:rsidRPr="00E351E9">
        <w:rPr>
          <w:rFonts w:cs="ＭＳ明朝"/>
          <w:spacing w:val="146"/>
          <w:sz w:val="22"/>
          <w:u w:val="single"/>
          <w:fitText w:val="1320" w:id="-391951613"/>
        </w:rPr>
        <w:t>代表者</w:t>
      </w:r>
      <w:r w:rsidRPr="00E351E9">
        <w:rPr>
          <w:rFonts w:cs="ＭＳ明朝"/>
          <w:spacing w:val="2"/>
          <w:sz w:val="22"/>
          <w:u w:val="single"/>
          <w:fitText w:val="1320" w:id="-391951613"/>
        </w:rPr>
        <w:t>名</w:t>
      </w:r>
      <w:r w:rsidRPr="00E557CF">
        <w:rPr>
          <w:rFonts w:cs="ＭＳ明朝"/>
          <w:sz w:val="22"/>
          <w:u w:val="single"/>
        </w:rPr>
        <w:t>：</w:t>
      </w:r>
      <w:r w:rsidRPr="00E557CF">
        <w:rPr>
          <w:rFonts w:cs="TT6134941CtCID" w:hint="eastAsia"/>
          <w:sz w:val="22"/>
          <w:u w:val="single"/>
        </w:rPr>
        <w:t xml:space="preserve">　　　　　　　　　　　　</w:t>
      </w:r>
    </w:p>
    <w:p w14:paraId="0330D19F" w14:textId="77777777" w:rsidR="00AA4461" w:rsidRDefault="00AA4461" w:rsidP="003B7305">
      <w:pPr>
        <w:autoSpaceDE w:val="0"/>
        <w:autoSpaceDN w:val="0"/>
        <w:adjustRightInd w:val="0"/>
        <w:spacing w:after="0" w:line="240" w:lineRule="auto"/>
        <w:ind w:right="-2"/>
        <w:rPr>
          <w:rFonts w:cs="TT6134941CtCID"/>
          <w:sz w:val="22"/>
          <w:u w:val="single"/>
          <w:lang w:eastAsia="ja-JP"/>
        </w:rPr>
      </w:pPr>
    </w:p>
    <w:p w14:paraId="2A4172CC" w14:textId="77777777" w:rsidR="00EF64CF" w:rsidRPr="00E557CF" w:rsidRDefault="00EF64CF" w:rsidP="003B7305">
      <w:pPr>
        <w:autoSpaceDE w:val="0"/>
        <w:autoSpaceDN w:val="0"/>
        <w:adjustRightInd w:val="0"/>
        <w:spacing w:after="0" w:line="240" w:lineRule="auto"/>
        <w:ind w:right="-2"/>
        <w:rPr>
          <w:rFonts w:cs="TT6134941CtCID"/>
          <w:sz w:val="22"/>
          <w:u w:val="single"/>
          <w:lang w:eastAsia="ja-JP"/>
        </w:rPr>
      </w:pPr>
    </w:p>
    <w:p w14:paraId="7A69DD8D" w14:textId="4E41AA6C" w:rsidR="000A18E3" w:rsidRPr="00E557CF" w:rsidRDefault="00AC595A" w:rsidP="003B7305">
      <w:pPr>
        <w:spacing w:after="0" w:line="240" w:lineRule="auto"/>
        <w:jc w:val="center"/>
        <w:rPr>
          <w:rFonts w:asciiTheme="majorEastAsia" w:eastAsiaTheme="majorEastAsia" w:hAnsiTheme="majorEastAsia"/>
          <w:sz w:val="28"/>
          <w:szCs w:val="32"/>
          <w:lang w:eastAsia="ja-JP"/>
        </w:rPr>
      </w:pPr>
      <w:r w:rsidRPr="00E557CF">
        <w:rPr>
          <w:rFonts w:asciiTheme="majorEastAsia" w:eastAsiaTheme="majorEastAsia" w:hAnsiTheme="majorEastAsia"/>
          <w:sz w:val="28"/>
          <w:lang w:eastAsia="ja-JP"/>
        </w:rPr>
        <w:t>放置自転車対策業務委託に係るプロポーザル参加辞退届</w:t>
      </w:r>
    </w:p>
    <w:p w14:paraId="6F2DA5EC" w14:textId="77777777" w:rsidR="00F260B3" w:rsidRPr="00E557CF" w:rsidRDefault="00F260B3" w:rsidP="003B7305">
      <w:pPr>
        <w:spacing w:after="0" w:line="240" w:lineRule="auto"/>
        <w:rPr>
          <w:sz w:val="22"/>
          <w:szCs w:val="24"/>
          <w:lang w:eastAsia="ja-JP"/>
        </w:rPr>
      </w:pPr>
    </w:p>
    <w:p w14:paraId="314604F9" w14:textId="10946147" w:rsidR="000A18E3" w:rsidRPr="00E557CF" w:rsidRDefault="00AC595A" w:rsidP="003B7305">
      <w:pPr>
        <w:spacing w:after="0" w:line="240" w:lineRule="auto"/>
        <w:ind w:firstLineChars="100" w:firstLine="220"/>
        <w:rPr>
          <w:sz w:val="22"/>
          <w:szCs w:val="24"/>
          <w:lang w:eastAsia="ja-JP"/>
        </w:rPr>
      </w:pPr>
      <w:r w:rsidRPr="00E557CF">
        <w:rPr>
          <w:sz w:val="22"/>
          <w:szCs w:val="24"/>
          <w:lang w:eastAsia="ja-JP"/>
        </w:rPr>
        <w:t>放置自転車対策業務委託事業者選定プロポーザルについて、参加を辞退するため、参加辞退届を提出します。</w:t>
      </w:r>
    </w:p>
    <w:p w14:paraId="5711FE53" w14:textId="77777777" w:rsidR="00520C73" w:rsidRPr="00E557CF" w:rsidRDefault="00520C73" w:rsidP="003B7305">
      <w:pPr>
        <w:spacing w:after="0" w:line="240" w:lineRule="auto"/>
        <w:rPr>
          <w:sz w:val="22"/>
          <w:szCs w:val="24"/>
          <w:lang w:eastAsia="ja-JP"/>
        </w:rPr>
      </w:pPr>
    </w:p>
    <w:p w14:paraId="5EC6B3D8" w14:textId="77777777" w:rsidR="00520C73" w:rsidRPr="00E557CF" w:rsidRDefault="00520C73" w:rsidP="003B7305">
      <w:pPr>
        <w:pStyle w:val="ab"/>
        <w:spacing w:after="0" w:line="240" w:lineRule="auto"/>
        <w:rPr>
          <w:sz w:val="22"/>
          <w:szCs w:val="24"/>
        </w:rPr>
      </w:pPr>
      <w:r w:rsidRPr="00E557CF">
        <w:rPr>
          <w:rFonts w:hint="eastAsia"/>
          <w:sz w:val="22"/>
          <w:szCs w:val="24"/>
        </w:rPr>
        <w:t>記</w:t>
      </w:r>
    </w:p>
    <w:p w14:paraId="5F4E6D5F" w14:textId="77777777" w:rsidR="00520C73" w:rsidRPr="00E557CF" w:rsidRDefault="00520C73" w:rsidP="003B7305">
      <w:pPr>
        <w:spacing w:after="0" w:line="240" w:lineRule="auto"/>
        <w:rPr>
          <w:sz w:val="22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51"/>
      </w:tblGrid>
      <w:tr w:rsidR="000A18E3" w:rsidRPr="00E557CF" w14:paraId="495593FB" w14:textId="77777777" w:rsidTr="00B83686">
        <w:trPr>
          <w:trHeight w:val="340"/>
          <w:jc w:val="center"/>
        </w:trPr>
        <w:tc>
          <w:tcPr>
            <w:tcW w:w="9751" w:type="dxa"/>
          </w:tcPr>
          <w:p w14:paraId="66398FFC" w14:textId="77777777" w:rsidR="000A18E3" w:rsidRPr="00E557CF" w:rsidRDefault="00AC595A" w:rsidP="003B7305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E557CF">
              <w:rPr>
                <w:sz w:val="22"/>
                <w:szCs w:val="24"/>
              </w:rPr>
              <w:t>辞退理由</w:t>
            </w:r>
          </w:p>
        </w:tc>
      </w:tr>
      <w:tr w:rsidR="000A18E3" w:rsidRPr="00E557CF" w14:paraId="6BACDC5B" w14:textId="77777777" w:rsidTr="00D47308">
        <w:trPr>
          <w:jc w:val="center"/>
        </w:trPr>
        <w:tc>
          <w:tcPr>
            <w:tcW w:w="9751" w:type="dxa"/>
            <w:vAlign w:val="center"/>
          </w:tcPr>
          <w:p w14:paraId="39341B48" w14:textId="77777777" w:rsidR="000A18E3" w:rsidRPr="00E557CF" w:rsidRDefault="000A18E3" w:rsidP="003B7305">
            <w:pPr>
              <w:spacing w:after="0" w:line="240" w:lineRule="auto"/>
              <w:rPr>
                <w:sz w:val="22"/>
                <w:szCs w:val="24"/>
              </w:rPr>
            </w:pPr>
          </w:p>
          <w:p w14:paraId="78C2B59D" w14:textId="77777777" w:rsidR="00CB4F59" w:rsidRPr="00E557CF" w:rsidRDefault="00CB4F59" w:rsidP="003B7305">
            <w:pPr>
              <w:spacing w:after="0" w:line="240" w:lineRule="auto"/>
              <w:rPr>
                <w:sz w:val="22"/>
                <w:szCs w:val="24"/>
                <w:lang w:eastAsia="ja-JP"/>
              </w:rPr>
            </w:pPr>
          </w:p>
          <w:p w14:paraId="7AF52B39" w14:textId="77777777" w:rsidR="00CB4F59" w:rsidRPr="00E557CF" w:rsidRDefault="00CB4F59" w:rsidP="003B7305">
            <w:pPr>
              <w:spacing w:after="0" w:line="240" w:lineRule="auto"/>
              <w:rPr>
                <w:sz w:val="22"/>
                <w:szCs w:val="24"/>
                <w:lang w:eastAsia="ja-JP"/>
              </w:rPr>
            </w:pPr>
          </w:p>
          <w:p w14:paraId="42F955C5" w14:textId="77777777" w:rsidR="00CB4F59" w:rsidRPr="00E557CF" w:rsidRDefault="00CB4F59" w:rsidP="003B7305">
            <w:pPr>
              <w:spacing w:after="0" w:line="240" w:lineRule="auto"/>
              <w:rPr>
                <w:sz w:val="22"/>
                <w:szCs w:val="24"/>
                <w:lang w:eastAsia="ja-JP"/>
              </w:rPr>
            </w:pPr>
          </w:p>
          <w:p w14:paraId="731AF16D" w14:textId="7CF509B8" w:rsidR="00CB4F59" w:rsidRPr="00E557CF" w:rsidRDefault="00CB4F59" w:rsidP="003B7305">
            <w:pPr>
              <w:spacing w:after="0" w:line="240" w:lineRule="auto"/>
              <w:rPr>
                <w:sz w:val="22"/>
                <w:szCs w:val="24"/>
                <w:lang w:eastAsia="ja-JP"/>
              </w:rPr>
            </w:pPr>
          </w:p>
        </w:tc>
      </w:tr>
    </w:tbl>
    <w:p w14:paraId="2766FC42" w14:textId="77777777" w:rsidR="005E5537" w:rsidRPr="00E557CF" w:rsidRDefault="005E5537" w:rsidP="003B7305">
      <w:pPr>
        <w:spacing w:after="0" w:line="240" w:lineRule="auto"/>
        <w:rPr>
          <w:sz w:val="22"/>
          <w:szCs w:val="24"/>
          <w:lang w:eastAsia="ja-JP"/>
        </w:rPr>
      </w:pPr>
    </w:p>
    <w:p w14:paraId="3052462E" w14:textId="77777777" w:rsidR="000A18E3" w:rsidRPr="00E557CF" w:rsidRDefault="00AC595A" w:rsidP="003B7305">
      <w:pPr>
        <w:spacing w:after="0" w:line="240" w:lineRule="auto"/>
        <w:rPr>
          <w:sz w:val="22"/>
          <w:szCs w:val="24"/>
        </w:rPr>
      </w:pPr>
      <w:r w:rsidRPr="00E557CF">
        <w:rPr>
          <w:sz w:val="22"/>
          <w:szCs w:val="24"/>
        </w:rPr>
        <w:t>連絡担当者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2438"/>
        <w:gridCol w:w="2438"/>
        <w:gridCol w:w="2438"/>
      </w:tblGrid>
      <w:tr w:rsidR="000A18E3" w:rsidRPr="00E557CF" w14:paraId="50D2F6F8" w14:textId="77777777" w:rsidTr="002554A9">
        <w:trPr>
          <w:trHeight w:val="397"/>
          <w:jc w:val="center"/>
        </w:trPr>
        <w:tc>
          <w:tcPr>
            <w:tcW w:w="2438" w:type="dxa"/>
            <w:vAlign w:val="center"/>
          </w:tcPr>
          <w:p w14:paraId="5F5B29ED" w14:textId="1CD5CC69" w:rsidR="000A18E3" w:rsidRPr="00E557CF" w:rsidRDefault="00DE2C11" w:rsidP="00D7495C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</w:rPr>
              <w:t>所</w:t>
            </w:r>
            <w:r>
              <w:rPr>
                <w:rFonts w:hint="eastAsia"/>
                <w:sz w:val="22"/>
              </w:rPr>
              <w:t xml:space="preserve">　</w:t>
            </w:r>
            <w:r>
              <w:rPr>
                <w:sz w:val="22"/>
              </w:rPr>
              <w:t>属</w:t>
            </w:r>
          </w:p>
        </w:tc>
        <w:tc>
          <w:tcPr>
            <w:tcW w:w="2438" w:type="dxa"/>
            <w:vAlign w:val="center"/>
          </w:tcPr>
          <w:p w14:paraId="4764536C" w14:textId="7553BB9E" w:rsidR="000A18E3" w:rsidRPr="00E557CF" w:rsidRDefault="00AC595A" w:rsidP="00D7495C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E557CF">
              <w:rPr>
                <w:sz w:val="22"/>
                <w:szCs w:val="24"/>
              </w:rPr>
              <w:t>氏</w:t>
            </w:r>
            <w:r w:rsidR="00FC463A" w:rsidRPr="00E557CF">
              <w:rPr>
                <w:rFonts w:hint="eastAsia"/>
                <w:sz w:val="22"/>
                <w:szCs w:val="24"/>
                <w:lang w:eastAsia="ja-JP"/>
              </w:rPr>
              <w:t xml:space="preserve">　</w:t>
            </w:r>
            <w:r w:rsidRPr="00E557CF">
              <w:rPr>
                <w:sz w:val="22"/>
                <w:szCs w:val="24"/>
              </w:rPr>
              <w:t>名</w:t>
            </w:r>
          </w:p>
        </w:tc>
        <w:tc>
          <w:tcPr>
            <w:tcW w:w="2438" w:type="dxa"/>
            <w:vAlign w:val="center"/>
          </w:tcPr>
          <w:p w14:paraId="6EE12668" w14:textId="77777777" w:rsidR="000A18E3" w:rsidRPr="00E557CF" w:rsidRDefault="00AC595A" w:rsidP="00D7495C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E557CF">
              <w:rPr>
                <w:sz w:val="22"/>
                <w:szCs w:val="24"/>
              </w:rPr>
              <w:t>電話番号</w:t>
            </w:r>
          </w:p>
        </w:tc>
        <w:tc>
          <w:tcPr>
            <w:tcW w:w="2438" w:type="dxa"/>
            <w:vAlign w:val="center"/>
          </w:tcPr>
          <w:p w14:paraId="4E8B4B42" w14:textId="77777777" w:rsidR="000A18E3" w:rsidRPr="00E557CF" w:rsidRDefault="00AC595A" w:rsidP="00D7495C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E557CF">
              <w:rPr>
                <w:sz w:val="22"/>
                <w:szCs w:val="24"/>
              </w:rPr>
              <w:t>メールアドレス</w:t>
            </w:r>
          </w:p>
        </w:tc>
      </w:tr>
      <w:tr w:rsidR="000A18E3" w:rsidRPr="00E557CF" w14:paraId="7A3F1BDD" w14:textId="77777777" w:rsidTr="002554A9">
        <w:trPr>
          <w:trHeight w:val="397"/>
          <w:jc w:val="center"/>
        </w:trPr>
        <w:tc>
          <w:tcPr>
            <w:tcW w:w="2438" w:type="dxa"/>
            <w:vAlign w:val="center"/>
          </w:tcPr>
          <w:p w14:paraId="485979AF" w14:textId="590E666F" w:rsidR="000A18E3" w:rsidRPr="00E557CF" w:rsidRDefault="000A18E3" w:rsidP="002554A9">
            <w:pPr>
              <w:spacing w:after="0" w:line="240" w:lineRule="auto"/>
              <w:jc w:val="both"/>
              <w:rPr>
                <w:sz w:val="22"/>
                <w:szCs w:val="24"/>
                <w:lang w:eastAsia="ja-JP"/>
              </w:rPr>
            </w:pPr>
          </w:p>
        </w:tc>
        <w:tc>
          <w:tcPr>
            <w:tcW w:w="2438" w:type="dxa"/>
            <w:vAlign w:val="center"/>
          </w:tcPr>
          <w:p w14:paraId="2B9E1680" w14:textId="77777777" w:rsidR="000A18E3" w:rsidRPr="00E557CF" w:rsidRDefault="000A18E3" w:rsidP="002554A9">
            <w:pPr>
              <w:spacing w:after="0" w:line="240" w:lineRule="auto"/>
              <w:jc w:val="both"/>
              <w:rPr>
                <w:sz w:val="22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6AD203DD" w14:textId="77777777" w:rsidR="000A18E3" w:rsidRPr="00E557CF" w:rsidRDefault="000A18E3" w:rsidP="002554A9">
            <w:pPr>
              <w:spacing w:after="0" w:line="240" w:lineRule="auto"/>
              <w:jc w:val="both"/>
              <w:rPr>
                <w:sz w:val="22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15EB2D8C" w14:textId="77777777" w:rsidR="000A18E3" w:rsidRPr="00E557CF" w:rsidRDefault="000A18E3" w:rsidP="002554A9">
            <w:pPr>
              <w:spacing w:after="0" w:line="240" w:lineRule="auto"/>
              <w:jc w:val="both"/>
              <w:rPr>
                <w:sz w:val="22"/>
                <w:szCs w:val="24"/>
              </w:rPr>
            </w:pPr>
          </w:p>
        </w:tc>
      </w:tr>
    </w:tbl>
    <w:p w14:paraId="42F304A4" w14:textId="77777777" w:rsidR="00446EC5" w:rsidRDefault="00446EC5" w:rsidP="00446EC5">
      <w:pPr>
        <w:spacing w:after="0" w:line="240" w:lineRule="auto"/>
        <w:rPr>
          <w:sz w:val="22"/>
          <w:szCs w:val="24"/>
          <w:lang w:eastAsia="ja-JP"/>
        </w:rPr>
      </w:pPr>
    </w:p>
    <w:p w14:paraId="7CD8BE69" w14:textId="417BA2C3" w:rsidR="008E21B2" w:rsidRPr="00E557CF" w:rsidRDefault="00446EC5" w:rsidP="003A7F2B">
      <w:pPr>
        <w:spacing w:after="0" w:line="240" w:lineRule="auto"/>
        <w:jc w:val="center"/>
        <w:rPr>
          <w:sz w:val="22"/>
          <w:szCs w:val="24"/>
          <w:lang w:eastAsia="ja-JP"/>
        </w:rPr>
      </w:pPr>
      <w:r w:rsidRPr="00E557CF">
        <w:rPr>
          <w:sz w:val="22"/>
          <w:szCs w:val="24"/>
        </w:rPr>
        <w:t>以</w:t>
      </w:r>
      <w:r w:rsidRPr="00E557CF">
        <w:rPr>
          <w:rFonts w:hint="eastAsia"/>
          <w:sz w:val="22"/>
          <w:szCs w:val="24"/>
          <w:lang w:eastAsia="ja-JP"/>
        </w:rPr>
        <w:t xml:space="preserve">　　　</w:t>
      </w:r>
      <w:r w:rsidRPr="00E557CF">
        <w:rPr>
          <w:sz w:val="22"/>
          <w:szCs w:val="24"/>
        </w:rPr>
        <w:t>上</w:t>
      </w:r>
    </w:p>
    <w:sectPr w:rsidR="008E21B2" w:rsidRPr="00E557CF" w:rsidSect="004C5CCB"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D9C3B" w14:textId="77777777" w:rsidR="007E1366" w:rsidRDefault="007E1366">
      <w:pPr>
        <w:spacing w:after="0" w:line="240" w:lineRule="auto"/>
      </w:pPr>
      <w:r>
        <w:separator/>
      </w:r>
    </w:p>
  </w:endnote>
  <w:endnote w:type="continuationSeparator" w:id="0">
    <w:p w14:paraId="1297383C" w14:textId="77777777" w:rsidR="007E1366" w:rsidRDefault="007E1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T6134941CtCI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51035" w14:textId="77777777" w:rsidR="007E1366" w:rsidRDefault="007E1366">
      <w:pPr>
        <w:spacing w:after="0" w:line="240" w:lineRule="auto"/>
      </w:pPr>
      <w:r>
        <w:separator/>
      </w:r>
    </w:p>
  </w:footnote>
  <w:footnote w:type="continuationSeparator" w:id="0">
    <w:p w14:paraId="7CC13F22" w14:textId="77777777" w:rsidR="007E1366" w:rsidRDefault="007E13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a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8753916">
    <w:abstractNumId w:val="8"/>
  </w:num>
  <w:num w:numId="2" w16cid:durableId="262417357">
    <w:abstractNumId w:val="6"/>
  </w:num>
  <w:num w:numId="3" w16cid:durableId="1404985419">
    <w:abstractNumId w:val="5"/>
  </w:num>
  <w:num w:numId="4" w16cid:durableId="2063826805">
    <w:abstractNumId w:val="4"/>
  </w:num>
  <w:num w:numId="5" w16cid:durableId="1275600808">
    <w:abstractNumId w:val="7"/>
  </w:num>
  <w:num w:numId="6" w16cid:durableId="1942570162">
    <w:abstractNumId w:val="3"/>
  </w:num>
  <w:num w:numId="7" w16cid:durableId="867451980">
    <w:abstractNumId w:val="2"/>
  </w:num>
  <w:num w:numId="8" w16cid:durableId="1063136635">
    <w:abstractNumId w:val="1"/>
  </w:num>
  <w:num w:numId="9" w16cid:durableId="1890609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18E3"/>
    <w:rsid w:val="0015074B"/>
    <w:rsid w:val="001517F8"/>
    <w:rsid w:val="001E6134"/>
    <w:rsid w:val="00232DE9"/>
    <w:rsid w:val="002554A9"/>
    <w:rsid w:val="002755A3"/>
    <w:rsid w:val="00285502"/>
    <w:rsid w:val="0029639D"/>
    <w:rsid w:val="002A6ED1"/>
    <w:rsid w:val="002D00D1"/>
    <w:rsid w:val="00316692"/>
    <w:rsid w:val="00326F90"/>
    <w:rsid w:val="0034214F"/>
    <w:rsid w:val="0034726F"/>
    <w:rsid w:val="003A7F2B"/>
    <w:rsid w:val="003B7305"/>
    <w:rsid w:val="00434B3C"/>
    <w:rsid w:val="00446EC5"/>
    <w:rsid w:val="00455098"/>
    <w:rsid w:val="0047219E"/>
    <w:rsid w:val="00477DF5"/>
    <w:rsid w:val="004A4F17"/>
    <w:rsid w:val="004C5CCB"/>
    <w:rsid w:val="004E465F"/>
    <w:rsid w:val="00520C73"/>
    <w:rsid w:val="00576778"/>
    <w:rsid w:val="005A0A97"/>
    <w:rsid w:val="005D31E8"/>
    <w:rsid w:val="005E5537"/>
    <w:rsid w:val="00765A7E"/>
    <w:rsid w:val="007A58DF"/>
    <w:rsid w:val="007E1366"/>
    <w:rsid w:val="00860E08"/>
    <w:rsid w:val="00885AF9"/>
    <w:rsid w:val="008E21B2"/>
    <w:rsid w:val="00954C5A"/>
    <w:rsid w:val="00980BE0"/>
    <w:rsid w:val="0099230F"/>
    <w:rsid w:val="009A01BA"/>
    <w:rsid w:val="009B48BC"/>
    <w:rsid w:val="009B4CFC"/>
    <w:rsid w:val="009C4258"/>
    <w:rsid w:val="00A01AE3"/>
    <w:rsid w:val="00A403AA"/>
    <w:rsid w:val="00AA1D8D"/>
    <w:rsid w:val="00AA4461"/>
    <w:rsid w:val="00AC595A"/>
    <w:rsid w:val="00B47730"/>
    <w:rsid w:val="00B7532D"/>
    <w:rsid w:val="00B83686"/>
    <w:rsid w:val="00BE33E7"/>
    <w:rsid w:val="00C41D0B"/>
    <w:rsid w:val="00C533CA"/>
    <w:rsid w:val="00C6016B"/>
    <w:rsid w:val="00C84913"/>
    <w:rsid w:val="00CB0664"/>
    <w:rsid w:val="00CB4F59"/>
    <w:rsid w:val="00CC23A9"/>
    <w:rsid w:val="00CD31D4"/>
    <w:rsid w:val="00D45A9E"/>
    <w:rsid w:val="00D47308"/>
    <w:rsid w:val="00D501AC"/>
    <w:rsid w:val="00D71C69"/>
    <w:rsid w:val="00D7495C"/>
    <w:rsid w:val="00DE2C11"/>
    <w:rsid w:val="00E351E9"/>
    <w:rsid w:val="00E557CF"/>
    <w:rsid w:val="00E64E41"/>
    <w:rsid w:val="00E73733"/>
    <w:rsid w:val="00E86D03"/>
    <w:rsid w:val="00EC68A5"/>
    <w:rsid w:val="00EF64CF"/>
    <w:rsid w:val="00F11721"/>
    <w:rsid w:val="00F260B3"/>
    <w:rsid w:val="00FB4555"/>
    <w:rsid w:val="00FB621F"/>
    <w:rsid w:val="00FC463A"/>
    <w:rsid w:val="00FC693F"/>
    <w:rsid w:val="00FD0545"/>
    <w:rsid w:val="00FF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062061"/>
  <w14:defaultImageDpi w14:val="330"/>
  <w15:docId w15:val="{9540533F-52DB-4C39-944E-8A7272C52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rsid w:val="00765A7E"/>
    <w:pPr>
      <w:spacing w:after="40" w:line="252" w:lineRule="auto"/>
    </w:pPr>
    <w:rPr>
      <w:rFonts w:ascii="ＭＳ 明朝" w:eastAsia="ＭＳ 明朝" w:hAnsi="ＭＳ 明朝" w:cs="ＭＳ 明朝"/>
      <w:sz w:val="21"/>
    </w:rPr>
  </w:style>
  <w:style w:type="paragraph" w:styleId="1">
    <w:name w:val="heading 1"/>
    <w:basedOn w:val="a2"/>
    <w:next w:val="a2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21">
    <w:name w:val="heading 2"/>
    <w:basedOn w:val="a2"/>
    <w:next w:val="a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paragraph" w:styleId="30">
    <w:name w:val="heading 3"/>
    <w:basedOn w:val="a2"/>
    <w:next w:val="a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color w:val="4F81BD" w:themeColor="accent1"/>
    </w:rPr>
  </w:style>
  <w:style w:type="paragraph" w:styleId="4">
    <w:name w:val="heading 4"/>
    <w:basedOn w:val="a2"/>
    <w:next w:val="a2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5">
    <w:name w:val="heading 5"/>
    <w:basedOn w:val="a2"/>
    <w:next w:val="a2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2"/>
    <w:next w:val="a2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2"/>
    <w:next w:val="a2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2"/>
    <w:next w:val="a2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2"/>
    <w:next w:val="a2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semiHidden/>
    <w:unhideWhenUsed/>
    <w:rsid w:val="00F260B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3"/>
    <w:link w:val="a6"/>
    <w:uiPriority w:val="99"/>
    <w:semiHidden/>
    <w:rsid w:val="00F260B3"/>
    <w:rPr>
      <w:rFonts w:ascii="ＭＳ 明朝" w:eastAsia="ＭＳ 明朝" w:hAnsi="ＭＳ 明朝" w:cs="ＭＳ 明朝"/>
      <w:sz w:val="21"/>
    </w:rPr>
  </w:style>
  <w:style w:type="paragraph" w:styleId="a8">
    <w:name w:val="footer"/>
    <w:basedOn w:val="a2"/>
    <w:link w:val="a9"/>
    <w:uiPriority w:val="99"/>
    <w:semiHidden/>
    <w:unhideWhenUsed/>
    <w:rsid w:val="00F260B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3"/>
    <w:link w:val="a8"/>
    <w:uiPriority w:val="99"/>
    <w:semiHidden/>
    <w:rsid w:val="00F260B3"/>
    <w:rPr>
      <w:rFonts w:ascii="ＭＳ 明朝" w:eastAsia="ＭＳ 明朝" w:hAnsi="ＭＳ 明朝" w:cs="ＭＳ 明朝"/>
      <w:sz w:val="21"/>
    </w:rPr>
  </w:style>
  <w:style w:type="paragraph" w:styleId="aa">
    <w:name w:val="No Spacing"/>
    <w:uiPriority w:val="1"/>
    <w:qFormat/>
    <w:rsid w:val="00FC693F"/>
    <w:pPr>
      <w:spacing w:after="0" w:line="240" w:lineRule="auto"/>
    </w:pPr>
    <w:rPr>
      <w:rFonts w:ascii="ＭＳ 明朝" w:eastAsia="ＭＳ 明朝" w:hAnsi="ＭＳ 明朝" w:cs="ＭＳ 明朝"/>
    </w:rPr>
  </w:style>
  <w:style w:type="paragraph" w:styleId="ab">
    <w:name w:val="Note Heading"/>
    <w:basedOn w:val="a2"/>
    <w:next w:val="a2"/>
    <w:link w:val="ac"/>
    <w:uiPriority w:val="99"/>
    <w:unhideWhenUsed/>
    <w:rsid w:val="00520C73"/>
    <w:pPr>
      <w:jc w:val="center"/>
    </w:pPr>
    <w:rPr>
      <w:lang w:eastAsia="ja-JP"/>
    </w:rPr>
  </w:style>
  <w:style w:type="character" w:customStyle="1" w:styleId="ac">
    <w:name w:val="記 (文字)"/>
    <w:basedOn w:val="a3"/>
    <w:link w:val="ab"/>
    <w:uiPriority w:val="99"/>
    <w:rsid w:val="00520C73"/>
    <w:rPr>
      <w:rFonts w:ascii="ＭＳ 明朝" w:eastAsia="ＭＳ 明朝" w:hAnsi="ＭＳ 明朝" w:cs="ＭＳ 明朝"/>
      <w:sz w:val="21"/>
      <w:lang w:eastAsia="ja-JP"/>
    </w:rPr>
  </w:style>
  <w:style w:type="paragraph" w:styleId="ad">
    <w:name w:val="Closing"/>
    <w:basedOn w:val="a2"/>
    <w:link w:val="ae"/>
    <w:uiPriority w:val="99"/>
    <w:unhideWhenUsed/>
    <w:rsid w:val="00520C73"/>
    <w:pPr>
      <w:jc w:val="right"/>
    </w:pPr>
    <w:rPr>
      <w:lang w:eastAsia="ja-JP"/>
    </w:rPr>
  </w:style>
  <w:style w:type="character" w:customStyle="1" w:styleId="ae">
    <w:name w:val="結語 (文字)"/>
    <w:basedOn w:val="a3"/>
    <w:link w:val="ad"/>
    <w:uiPriority w:val="99"/>
    <w:rsid w:val="00520C73"/>
    <w:rPr>
      <w:rFonts w:ascii="ＭＳ 明朝" w:eastAsia="ＭＳ 明朝" w:hAnsi="ＭＳ 明朝" w:cs="ＭＳ 明朝"/>
      <w:sz w:val="21"/>
      <w:lang w:eastAsia="ja-JP"/>
    </w:rPr>
  </w:style>
  <w:style w:type="paragraph" w:styleId="af">
    <w:name w:val="List Paragraph"/>
    <w:basedOn w:val="a2"/>
    <w:uiPriority w:val="34"/>
    <w:qFormat/>
    <w:rsid w:val="00FC693F"/>
    <w:pPr>
      <w:ind w:left="720"/>
      <w:contextualSpacing/>
    </w:pPr>
  </w:style>
  <w:style w:type="paragraph" w:styleId="af0">
    <w:name w:val="List"/>
    <w:basedOn w:val="a2"/>
    <w:uiPriority w:val="99"/>
    <w:unhideWhenUsed/>
    <w:rsid w:val="00AA1D8D"/>
    <w:pPr>
      <w:ind w:left="360" w:hanging="360"/>
      <w:contextualSpacing/>
    </w:pPr>
  </w:style>
  <w:style w:type="paragraph" w:styleId="22">
    <w:name w:val="List 2"/>
    <w:basedOn w:val="a2"/>
    <w:uiPriority w:val="99"/>
    <w:unhideWhenUsed/>
    <w:rsid w:val="00326F90"/>
    <w:pPr>
      <w:ind w:left="720" w:hanging="360"/>
      <w:contextualSpacing/>
    </w:pPr>
  </w:style>
  <w:style w:type="paragraph" w:styleId="31">
    <w:name w:val="List 3"/>
    <w:basedOn w:val="a2"/>
    <w:uiPriority w:val="99"/>
    <w:unhideWhenUsed/>
    <w:rsid w:val="00326F90"/>
    <w:pPr>
      <w:ind w:left="1080" w:hanging="360"/>
      <w:contextualSpacing/>
    </w:pPr>
  </w:style>
  <w:style w:type="paragraph" w:styleId="a1">
    <w:name w:val="List Bullet"/>
    <w:basedOn w:val="a2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2"/>
    <w:uiPriority w:val="99"/>
    <w:unhideWhenUsed/>
    <w:rsid w:val="00326F90"/>
    <w:pPr>
      <w:numPr>
        <w:numId w:val="2"/>
      </w:numPr>
      <w:contextualSpacing/>
    </w:pPr>
  </w:style>
  <w:style w:type="paragraph" w:styleId="3">
    <w:name w:val="List Bullet 3"/>
    <w:basedOn w:val="a2"/>
    <w:uiPriority w:val="99"/>
    <w:unhideWhenUsed/>
    <w:rsid w:val="00326F90"/>
    <w:pPr>
      <w:numPr>
        <w:numId w:val="3"/>
      </w:numPr>
      <w:contextualSpacing/>
    </w:pPr>
  </w:style>
  <w:style w:type="paragraph" w:styleId="a0">
    <w:name w:val="List Number"/>
    <w:basedOn w:val="a2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2"/>
    <w:uiPriority w:val="99"/>
    <w:unhideWhenUsed/>
    <w:rsid w:val="0029639D"/>
    <w:pPr>
      <w:numPr>
        <w:numId w:val="6"/>
      </w:numPr>
      <w:contextualSpacing/>
    </w:pPr>
  </w:style>
  <w:style w:type="paragraph" w:styleId="32">
    <w:name w:val="List Number 3"/>
    <w:basedOn w:val="a2"/>
    <w:uiPriority w:val="99"/>
    <w:unhideWhenUsed/>
    <w:rsid w:val="0029639D"/>
    <w:pPr>
      <w:tabs>
        <w:tab w:val="num" w:pos="1080"/>
      </w:tabs>
      <w:ind w:left="1080" w:hanging="360"/>
      <w:contextualSpacing/>
    </w:pPr>
  </w:style>
  <w:style w:type="paragraph" w:styleId="af1">
    <w:name w:val="List Continue"/>
    <w:basedOn w:val="a2"/>
    <w:uiPriority w:val="99"/>
    <w:unhideWhenUsed/>
    <w:rsid w:val="0029639D"/>
    <w:pPr>
      <w:spacing w:after="120"/>
      <w:ind w:left="360"/>
      <w:contextualSpacing/>
    </w:pPr>
  </w:style>
  <w:style w:type="paragraph" w:styleId="23">
    <w:name w:val="List Continue 2"/>
    <w:basedOn w:val="a2"/>
    <w:uiPriority w:val="99"/>
    <w:unhideWhenUsed/>
    <w:rsid w:val="0029639D"/>
    <w:pPr>
      <w:spacing w:after="120"/>
      <w:ind w:left="720"/>
      <w:contextualSpacing/>
    </w:pPr>
  </w:style>
  <w:style w:type="paragraph" w:styleId="33">
    <w:name w:val="List Continue 3"/>
    <w:basedOn w:val="a2"/>
    <w:uiPriority w:val="99"/>
    <w:unhideWhenUsed/>
    <w:rsid w:val="0029639D"/>
    <w:pPr>
      <w:spacing w:after="120"/>
      <w:ind w:left="1080"/>
      <w:contextualSpacing/>
    </w:pPr>
  </w:style>
  <w:style w:type="paragraph" w:styleId="af2">
    <w:name w:val="caption"/>
    <w:basedOn w:val="a2"/>
    <w:next w:val="a2"/>
    <w:uiPriority w:val="35"/>
    <w:semiHidden/>
    <w:unhideWhenUsed/>
    <w:qFormat/>
    <w:rsid w:val="00FC693F"/>
    <w:pPr>
      <w:spacing w:line="240" w:lineRule="auto"/>
    </w:pPr>
    <w:rPr>
      <w:color w:val="4F81BD" w:themeColor="accent1"/>
      <w:sz w:val="18"/>
      <w:szCs w:val="18"/>
    </w:rPr>
  </w:style>
  <w:style w:type="character" w:styleId="af3">
    <w:name w:val="Strong"/>
    <w:basedOn w:val="a3"/>
    <w:uiPriority w:val="22"/>
    <w:qFormat/>
    <w:rsid w:val="00FC693F"/>
    <w:rPr>
      <w:rFonts w:ascii="ＭＳ 明朝" w:eastAsia="ＭＳ 明朝" w:hAnsi="ＭＳ 明朝" w:cs="ＭＳ 明朝"/>
    </w:rPr>
  </w:style>
  <w:style w:type="character" w:styleId="af4">
    <w:name w:val="Emphasis"/>
    <w:basedOn w:val="a3"/>
    <w:uiPriority w:val="20"/>
    <w:qFormat/>
    <w:rsid w:val="00FC693F"/>
    <w:rPr>
      <w:rFonts w:ascii="ＭＳ 明朝" w:eastAsia="ＭＳ 明朝" w:hAnsi="ＭＳ 明朝" w:cs="ＭＳ 明朝"/>
      <w:i/>
      <w:iCs/>
    </w:rPr>
  </w:style>
  <w:style w:type="character" w:styleId="af5">
    <w:name w:val="Subtle Emphasis"/>
    <w:basedOn w:val="a3"/>
    <w:uiPriority w:val="19"/>
    <w:qFormat/>
    <w:rsid w:val="00FC693F"/>
    <w:rPr>
      <w:rFonts w:ascii="ＭＳ 明朝" w:eastAsia="ＭＳ 明朝" w:hAnsi="ＭＳ 明朝" w:cs="ＭＳ 明朝"/>
      <w:i/>
      <w:iCs/>
      <w:color w:val="808080" w:themeColor="text1" w:themeTint="7F"/>
    </w:rPr>
  </w:style>
  <w:style w:type="character" w:styleId="24">
    <w:name w:val="Intense Emphasis"/>
    <w:basedOn w:val="a3"/>
    <w:uiPriority w:val="21"/>
    <w:qFormat/>
    <w:rsid w:val="00FC693F"/>
    <w:rPr>
      <w:rFonts w:ascii="ＭＳ 明朝" w:eastAsia="ＭＳ 明朝" w:hAnsi="ＭＳ 明朝" w:cs="ＭＳ 明朝"/>
      <w:i/>
      <w:iCs/>
      <w:color w:val="4F81BD" w:themeColor="accent1"/>
    </w:rPr>
  </w:style>
  <w:style w:type="character" w:styleId="af6">
    <w:name w:val="Subtle Reference"/>
    <w:basedOn w:val="a3"/>
    <w:uiPriority w:val="31"/>
    <w:qFormat/>
    <w:rsid w:val="00FC693F"/>
    <w:rPr>
      <w:rFonts w:ascii="ＭＳ 明朝" w:eastAsia="ＭＳ 明朝" w:hAnsi="ＭＳ 明朝" w:cs="ＭＳ 明朝"/>
      <w:smallCaps/>
      <w:color w:val="C0504D" w:themeColor="accent2"/>
      <w:u w:val="single"/>
    </w:rPr>
  </w:style>
  <w:style w:type="character" w:styleId="25">
    <w:name w:val="Intense Reference"/>
    <w:basedOn w:val="a3"/>
    <w:uiPriority w:val="32"/>
    <w:qFormat/>
    <w:rsid w:val="00FC693F"/>
    <w:rPr>
      <w:rFonts w:ascii="ＭＳ 明朝" w:eastAsia="ＭＳ 明朝" w:hAnsi="ＭＳ 明朝" w:cs="ＭＳ 明朝"/>
      <w:smallCaps/>
      <w:color w:val="C0504D" w:themeColor="accent2"/>
      <w:spacing w:val="5"/>
      <w:u w:val="single"/>
    </w:rPr>
  </w:style>
  <w:style w:type="character" w:styleId="af7">
    <w:name w:val="Book Title"/>
    <w:basedOn w:val="a3"/>
    <w:uiPriority w:val="33"/>
    <w:qFormat/>
    <w:rsid w:val="00FC693F"/>
    <w:rPr>
      <w:rFonts w:ascii="ＭＳ 明朝" w:eastAsia="ＭＳ 明朝" w:hAnsi="ＭＳ 明朝" w:cs="ＭＳ 明朝"/>
      <w:smallCaps/>
      <w:spacing w:val="5"/>
    </w:rPr>
  </w:style>
  <w:style w:type="paragraph" w:styleId="af8">
    <w:name w:val="TOC Heading"/>
    <w:basedOn w:val="1"/>
    <w:next w:val="a2"/>
    <w:uiPriority w:val="39"/>
    <w:semiHidden/>
    <w:unhideWhenUsed/>
    <w:qFormat/>
    <w:rsid w:val="00FC693F"/>
    <w:pPr>
      <w:outlineLvl w:val="9"/>
    </w:pPr>
    <w:rPr>
      <w:rFonts w:ascii="ＭＳ 明朝" w:eastAsia="ＭＳ 明朝" w:hAnsi="ＭＳ 明朝" w:cs="ＭＳ 明朝"/>
    </w:rPr>
  </w:style>
  <w:style w:type="table" w:styleId="af9">
    <w:name w:val="Table Grid"/>
    <w:basedOn w:val="a4"/>
    <w:uiPriority w:val="59"/>
    <w:rsid w:val="00FC693F"/>
    <w:pPr>
      <w:spacing w:after="0" w:line="240" w:lineRule="auto"/>
    </w:pPr>
    <w:rPr>
      <w:rFonts w:ascii="ＭＳ 明朝" w:eastAsia="ＭＳ 明朝" w:hAnsi="ＭＳ 明朝" w:cs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0">
    <w:name w:val="Light Shading"/>
    <w:basedOn w:val="a4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4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2">
    <w:name w:val="Light Shading Accent 2"/>
    <w:basedOn w:val="a4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3">
    <w:name w:val="Light Shading Accent 3"/>
    <w:basedOn w:val="a4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4">
    <w:name w:val="Light Shading Accent 4"/>
    <w:basedOn w:val="a4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5">
    <w:name w:val="Light Shading Accent 5"/>
    <w:basedOn w:val="a4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6">
    <w:name w:val="Light Shading Accent 6"/>
    <w:basedOn w:val="a4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6">
    <w:name w:val="Light List"/>
    <w:basedOn w:val="a4"/>
    <w:uiPriority w:val="61"/>
    <w:rsid w:val="00FC693F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7">
    <w:name w:val="Light List Accent 1"/>
    <w:basedOn w:val="a4"/>
    <w:uiPriority w:val="61"/>
    <w:rsid w:val="00FC693F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4"/>
    <w:uiPriority w:val="61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9">
    <w:name w:val="Light List Accent 3"/>
    <w:basedOn w:val="a4"/>
    <w:uiPriority w:val="61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a">
    <w:name w:val="Light List Accent 4"/>
    <w:basedOn w:val="a4"/>
    <w:uiPriority w:val="61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b">
    <w:name w:val="Light List Accent 5"/>
    <w:basedOn w:val="a4"/>
    <w:uiPriority w:val="61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c">
    <w:name w:val="Light List Accent 6"/>
    <w:basedOn w:val="a4"/>
    <w:uiPriority w:val="61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4">
    <w:name w:val="Light Grid"/>
    <w:basedOn w:val="a4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5">
    <w:name w:val="Light Grid Accent 1"/>
    <w:basedOn w:val="a4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6">
    <w:name w:val="Light Grid Accent 2"/>
    <w:basedOn w:val="a4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7">
    <w:name w:val="Light Grid Accent 3"/>
    <w:basedOn w:val="a4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8">
    <w:name w:val="Light Grid Accent 4"/>
    <w:basedOn w:val="a4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9">
    <w:name w:val="Light Grid Accent 5"/>
    <w:basedOn w:val="a4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a">
    <w:name w:val="Light Grid Accent 6"/>
    <w:basedOn w:val="a4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0">
    <w:name w:val="Medium Shading 1"/>
    <w:basedOn w:val="a4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1">
    <w:name w:val="Medium Shading 1 Accent 1"/>
    <w:basedOn w:val="a4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2"/>
    <w:basedOn w:val="a4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3"/>
    <w:basedOn w:val="a4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4"/>
    <w:basedOn w:val="a4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5"/>
    <w:basedOn w:val="a4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6"/>
    <w:basedOn w:val="a4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0">
    <w:name w:val="Medium Shading 2"/>
    <w:basedOn w:val="a4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1">
    <w:name w:val="Medium Shading 2 Accent 1"/>
    <w:basedOn w:val="a4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2"/>
    <w:basedOn w:val="a4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3"/>
    <w:basedOn w:val="a4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4"/>
    <w:basedOn w:val="a4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5"/>
    <w:basedOn w:val="a4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6"/>
    <w:basedOn w:val="a4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0">
    <w:name w:val="Medium List 1"/>
    <w:basedOn w:val="a4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1">
    <w:name w:val="Medium List 1 Accent 1"/>
    <w:basedOn w:val="a4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2">
    <w:name w:val="Medium List 1 Accent 2"/>
    <w:basedOn w:val="a4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3">
    <w:name w:val="Medium List 1 Accent 3"/>
    <w:basedOn w:val="a4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4">
    <w:name w:val="Medium List 1 Accent 4"/>
    <w:basedOn w:val="a4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5">
    <w:name w:val="Medium List 1 Accent 5"/>
    <w:basedOn w:val="a4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6">
    <w:name w:val="Medium List 1 Accent 6"/>
    <w:basedOn w:val="a4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0">
    <w:name w:val="Medium List 2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1">
    <w:name w:val="Medium List 2 Accent 1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2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3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4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5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6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Grid 1"/>
    <w:basedOn w:val="a4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1">
    <w:name w:val="Medium Grid 1 Accent 1"/>
    <w:basedOn w:val="a4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2">
    <w:name w:val="Medium Grid 1 Accent 2"/>
    <w:basedOn w:val="a4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3">
    <w:name w:val="Medium Grid 1 Accent 3"/>
    <w:basedOn w:val="a4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4">
    <w:name w:val="Medium Grid 1 Accent 4"/>
    <w:basedOn w:val="a4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5">
    <w:name w:val="Medium Grid 1 Accent 5"/>
    <w:basedOn w:val="a4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6">
    <w:name w:val="Medium Grid 1 Accent 6"/>
    <w:basedOn w:val="a4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4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4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4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4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4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4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4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4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4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4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4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4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4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4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4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4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4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4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4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4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4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4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4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4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4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4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4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4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4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4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4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4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4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4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4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">
    <w:link w:val="IntenseQuoteChar"/>
    <w:uiPriority w:val="30"/>
    <w:rsid w:val="00765A7E"/>
    <w:pPr>
      <w:numPr>
        <w:numId w:val="7"/>
      </w:numPr>
      <w:spacing w:after="0" w:line="240" w:lineRule="auto"/>
    </w:pPr>
    <w:rPr>
      <w:rFonts w:ascii="ＭＳ 明朝" w:eastAsia="ＭＳ 明朝" w:hAnsi="ＭＳ 明朝" w:cs="ＭＳ 明朝"/>
      <w:i/>
      <w:iCs/>
      <w:color w:val="4F81BD" w:themeColor="accent1"/>
    </w:rPr>
  </w:style>
  <w:style w:type="character" w:customStyle="1" w:styleId="HeaderChar">
    <w:name w:val="Header Char"/>
    <w:basedOn w:val="a3"/>
    <w:uiPriority w:val="99"/>
    <w:rsid w:val="00765A7E"/>
    <w:rPr>
      <w:rFonts w:ascii="ＭＳ 明朝" w:eastAsia="ＭＳ 明朝" w:hAnsi="ＭＳ 明朝" w:cs="ＭＳ 明朝"/>
    </w:rPr>
  </w:style>
  <w:style w:type="character" w:customStyle="1" w:styleId="FooterChar">
    <w:name w:val="Footer Char"/>
    <w:basedOn w:val="a3"/>
    <w:uiPriority w:val="99"/>
    <w:rsid w:val="00765A7E"/>
    <w:rPr>
      <w:rFonts w:ascii="ＭＳ 明朝" w:eastAsia="ＭＳ 明朝" w:hAnsi="ＭＳ 明朝" w:cs="ＭＳ 明朝"/>
    </w:rPr>
  </w:style>
  <w:style w:type="character" w:customStyle="1" w:styleId="Heading1Char">
    <w:name w:val="Heading 1 Char"/>
    <w:basedOn w:val="a3"/>
    <w:uiPriority w:val="9"/>
    <w:rsid w:val="00765A7E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a3"/>
    <w:uiPriority w:val="9"/>
    <w:rsid w:val="00765A7E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customStyle="1" w:styleId="Heading3Char">
    <w:name w:val="Heading 3 Char"/>
    <w:basedOn w:val="a3"/>
    <w:uiPriority w:val="9"/>
    <w:rsid w:val="00765A7E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TitleChar">
    <w:name w:val="Title Char"/>
    <w:basedOn w:val="a3"/>
    <w:uiPriority w:val="10"/>
    <w:rsid w:val="00765A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a3"/>
    <w:uiPriority w:val="11"/>
    <w:rsid w:val="00765A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BodyTextChar">
    <w:name w:val="Body Text Char"/>
    <w:basedOn w:val="a3"/>
    <w:uiPriority w:val="99"/>
    <w:rsid w:val="00765A7E"/>
    <w:rPr>
      <w:rFonts w:ascii="ＭＳ 明朝" w:eastAsia="ＭＳ 明朝" w:hAnsi="ＭＳ 明朝" w:cs="ＭＳ 明朝"/>
    </w:rPr>
  </w:style>
  <w:style w:type="character" w:customStyle="1" w:styleId="BodyText2Char">
    <w:name w:val="Body Text 2 Char"/>
    <w:basedOn w:val="a3"/>
    <w:uiPriority w:val="99"/>
    <w:rsid w:val="00765A7E"/>
    <w:rPr>
      <w:rFonts w:ascii="ＭＳ 明朝" w:eastAsia="ＭＳ 明朝" w:hAnsi="ＭＳ 明朝" w:cs="ＭＳ 明朝"/>
    </w:rPr>
  </w:style>
  <w:style w:type="character" w:customStyle="1" w:styleId="BodyText3Char">
    <w:name w:val="Body Text 3 Char"/>
    <w:basedOn w:val="a3"/>
    <w:uiPriority w:val="99"/>
    <w:rsid w:val="00765A7E"/>
    <w:rPr>
      <w:rFonts w:ascii="ＭＳ 明朝" w:eastAsia="ＭＳ 明朝" w:hAnsi="ＭＳ 明朝" w:cs="ＭＳ 明朝"/>
      <w:sz w:val="16"/>
      <w:szCs w:val="16"/>
    </w:rPr>
  </w:style>
  <w:style w:type="character" w:customStyle="1" w:styleId="MacroTextChar">
    <w:name w:val="Macro Text Char"/>
    <w:basedOn w:val="a3"/>
    <w:uiPriority w:val="99"/>
    <w:rsid w:val="00765A7E"/>
    <w:rPr>
      <w:rFonts w:ascii="ＭＳ 明朝" w:eastAsia="ＭＳ 明朝" w:hAnsi="ＭＳ 明朝" w:cs="ＭＳ 明朝"/>
      <w:sz w:val="20"/>
      <w:szCs w:val="20"/>
    </w:rPr>
  </w:style>
  <w:style w:type="character" w:customStyle="1" w:styleId="QuoteChar">
    <w:name w:val="Quote Char"/>
    <w:basedOn w:val="a3"/>
    <w:uiPriority w:val="29"/>
    <w:rsid w:val="00765A7E"/>
    <w:rPr>
      <w:rFonts w:ascii="ＭＳ 明朝" w:eastAsia="ＭＳ 明朝" w:hAnsi="ＭＳ 明朝" w:cs="ＭＳ 明朝"/>
      <w:i/>
      <w:iCs/>
      <w:color w:val="000000" w:themeColor="text1"/>
    </w:rPr>
  </w:style>
  <w:style w:type="character" w:customStyle="1" w:styleId="Heading4Char">
    <w:name w:val="Heading 4 Char"/>
    <w:basedOn w:val="a3"/>
    <w:uiPriority w:val="9"/>
    <w:semiHidden/>
    <w:rsid w:val="00765A7E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Heading5Char">
    <w:name w:val="Heading 5 Char"/>
    <w:basedOn w:val="a3"/>
    <w:uiPriority w:val="9"/>
    <w:semiHidden/>
    <w:rsid w:val="00765A7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a3"/>
    <w:uiPriority w:val="9"/>
    <w:semiHidden/>
    <w:rsid w:val="00765A7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a3"/>
    <w:uiPriority w:val="9"/>
    <w:semiHidden/>
    <w:rsid w:val="00765A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3"/>
    <w:uiPriority w:val="9"/>
    <w:semiHidden/>
    <w:rsid w:val="00765A7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a3"/>
    <w:uiPriority w:val="9"/>
    <w:semiHidden/>
    <w:rsid w:val="00765A7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IntenseQuoteChar">
    <w:name w:val="Intense Quote Char"/>
    <w:basedOn w:val="a3"/>
    <w:link w:val="a"/>
    <w:uiPriority w:val="30"/>
    <w:rsid w:val="00765A7E"/>
    <w:rPr>
      <w:rFonts w:ascii="ＭＳ 明朝" w:eastAsia="ＭＳ 明朝" w:hAnsi="ＭＳ 明朝" w:cs="ＭＳ 明朝"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BF81FB37DF1C14C9CE1FFC6A05F8872" ma:contentTypeVersion="16" ma:contentTypeDescription="新しいドキュメントを作成します。" ma:contentTypeScope="" ma:versionID="888f975eae6c5377681ce4eedca4fa86">
  <xsd:schema xmlns:xsd="http://www.w3.org/2001/XMLSchema" xmlns:xs="http://www.w3.org/2001/XMLSchema" xmlns:p="http://schemas.microsoft.com/office/2006/metadata/properties" xmlns:ns1="http://schemas.microsoft.com/sharepoint/v3" xmlns:ns2="b252e89a-34c0-4c96-9f14-c3273292d6fd" xmlns:ns3="6247811e-b09e-4db0-b0e2-20f60e430aaf" targetNamespace="http://schemas.microsoft.com/office/2006/metadata/properties" ma:root="true" ma:fieldsID="846b4b814f43d2f933c4b0454ad9c4e4" ns1:_="" ns2:_="" ns3:_="">
    <xsd:import namespace="http://schemas.microsoft.com/sharepoint/v3"/>
    <xsd:import namespace="b252e89a-34c0-4c96-9f14-c3273292d6fd"/>
    <xsd:import namespace="6247811e-b09e-4db0-b0e2-20f60e430a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2e89a-34c0-4c96-9f14-c3273292d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8839e1b8-f5b0-498a-9da1-3169d63f8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7811e-b09e-4db0-b0e2-20f60e430a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860ec9-f424-4ce2-914e-05990e617a2f}" ma:internalName="TaxCatchAll" ma:showField="CatchAllData" ma:web="6247811e-b09e-4db0-b0e2-20f60e430a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52e89a-34c0-4c96-9f14-c3273292d6f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6247811e-b09e-4db0-b0e2-20f60e430aaf" xsi:nil="true"/>
  </documentManagement>
</p:properties>
</file>

<file path=customXml/itemProps1.xml><?xml version="1.0" encoding="utf-8"?>
<ds:datastoreItem xmlns:ds="http://schemas.openxmlformats.org/officeDocument/2006/customXml" ds:itemID="{C6DDB201-8B31-42ED-A802-BF7AA745F9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D3F1CF-8805-4573-B7CA-B36016FF3E78}"/>
</file>

<file path=customXml/itemProps4.xml><?xml version="1.0" encoding="utf-8"?>
<ds:datastoreItem xmlns:ds="http://schemas.openxmlformats.org/officeDocument/2006/customXml" ds:itemID="{A0385897-CD4E-4647-82BE-8F580D00F3D7}">
  <ds:schemaRefs>
    <ds:schemaRef ds:uri="http://schemas.microsoft.com/office/2006/metadata/properties"/>
    <ds:schemaRef ds:uri="http://schemas.microsoft.com/office/infopath/2007/PartnerControls"/>
    <ds:schemaRef ds:uri="b252e89a-34c0-4c96-9f14-c3273292d6fd"/>
    <ds:schemaRef ds:uri="http://schemas.microsoft.com/sharepoint/v3"/>
    <ds:schemaRef ds:uri="6247811e-b09e-4db0-b0e2-20f60e430a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様式8 参加辞退届</dc:title>
  <dc:subject/>
  <dc:creator>向井　久人</dc:creator>
  <cp:keywords/>
  <dc:description>generated by python-docx</dc:description>
  <cp:lastModifiedBy>向井　久人</cp:lastModifiedBy>
  <cp:revision>54</cp:revision>
  <dcterms:created xsi:type="dcterms:W3CDTF">2026-08-04T02:28:00Z</dcterms:created>
  <dcterms:modified xsi:type="dcterms:W3CDTF">2026-09-15T06:43:00Z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0x0101005BF81FB37DF1C14C9CE1FFC6A05F8872</vt:lpwstr>
  </property>
  <property fmtid="{D5CDD505-2E9C-101B-9397-08002B2CF9AE}" pid="3" name="MediaServiceImageTags">
    <vt:lpwstr/>
  </property>
</Properties>
</file>